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7CC" w:rsidRPr="009848C7" w:rsidRDefault="009848C7">
      <w:pPr>
        <w:spacing w:before="283"/>
        <w:jc w:val="center"/>
        <w:rPr>
          <w:rFonts w:asciiTheme="majorHAnsi" w:hAnsiTheme="majorHAnsi" w:cstheme="majorHAnsi"/>
          <w:sz w:val="22"/>
        </w:rPr>
      </w:pPr>
      <w:r w:rsidRPr="009848C7">
        <w:rPr>
          <w:rFonts w:asciiTheme="majorHAnsi" w:hAnsiTheme="majorHAnsi" w:cstheme="majorHAnsi"/>
          <w:noProof/>
          <w:sz w:val="22"/>
          <w:lang w:val="tr-TR" w:eastAsia="tr-TR"/>
        </w:rPr>
        <w:drawing>
          <wp:inline distT="0" distB="0" distL="0" distR="0">
            <wp:extent cx="720000" cy="950589"/>
            <wp:effectExtent l="0" t="0" r="0" b="0"/>
            <wp:docPr id="1" name="Picture 1" descr="TÜBİTAK logosu" title="TÜBİ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itak_logo.jpeg"/>
                    <pic:cNvPicPr/>
                  </pic:nvPicPr>
                  <pic:blipFill>
                    <a:blip r:embed="rId8"/>
                    <a:stretch>
                      <a:fillRect/>
                    </a:stretch>
                  </pic:blipFill>
                  <pic:spPr>
                    <a:xfrm>
                      <a:off x="0" y="0"/>
                      <a:ext cx="720000" cy="950589"/>
                    </a:xfrm>
                    <a:prstGeom prst="rect">
                      <a:avLst/>
                    </a:prstGeom>
                  </pic:spPr>
                </pic:pic>
              </a:graphicData>
            </a:graphic>
          </wp:inline>
        </w:drawing>
      </w:r>
    </w:p>
    <w:p w:rsidR="00BB77CC" w:rsidRPr="009848C7" w:rsidRDefault="00BB77CC">
      <w:pPr>
        <w:rPr>
          <w:rFonts w:asciiTheme="majorHAnsi" w:hAnsiTheme="majorHAnsi" w:cstheme="majorHAnsi"/>
          <w:sz w:val="22"/>
        </w:rPr>
      </w:pPr>
    </w:p>
    <w:p w:rsidR="00BB77CC" w:rsidRPr="009848C7" w:rsidRDefault="00BB77CC">
      <w:pPr>
        <w:rPr>
          <w:rFonts w:asciiTheme="majorHAnsi" w:hAnsiTheme="majorHAnsi" w:cstheme="majorHAnsi"/>
          <w:sz w:val="22"/>
        </w:rPr>
      </w:pPr>
    </w:p>
    <w:p w:rsidR="00316BB8" w:rsidRPr="00745C03" w:rsidRDefault="00316BB8" w:rsidP="00316BB8">
      <w:pPr>
        <w:spacing w:after="160"/>
        <w:jc w:val="center"/>
        <w:rPr>
          <w:rFonts w:ascii="Times New Roman" w:hAnsi="Times New Roman" w:cs="Times New Roman"/>
          <w:b/>
          <w:color w:val="000000" w:themeColor="text1"/>
          <w:sz w:val="28"/>
          <w:szCs w:val="24"/>
        </w:rPr>
      </w:pPr>
    </w:p>
    <w:p w:rsidR="00D6089D" w:rsidRDefault="0026373E" w:rsidP="00316BB8">
      <w:pPr>
        <w:spacing w:after="160"/>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TÜBİTAK </w:t>
      </w:r>
    </w:p>
    <w:p w:rsidR="00316BB8" w:rsidRDefault="0026373E" w:rsidP="00316BB8">
      <w:pPr>
        <w:spacing w:after="160"/>
        <w:jc w:val="center"/>
        <w:rPr>
          <w:rFonts w:ascii="Times New Roman" w:hAnsi="Times New Roman" w:cs="Times New Roman"/>
          <w:b/>
          <w:color w:val="000000" w:themeColor="text1"/>
          <w:sz w:val="28"/>
          <w:szCs w:val="24"/>
        </w:rPr>
      </w:pPr>
      <w:bookmarkStart w:id="0" w:name="_GoBack"/>
      <w:r>
        <w:rPr>
          <w:rFonts w:ascii="Times New Roman" w:hAnsi="Times New Roman" w:cs="Times New Roman"/>
          <w:b/>
          <w:color w:val="000000" w:themeColor="text1"/>
          <w:sz w:val="28"/>
          <w:szCs w:val="24"/>
        </w:rPr>
        <w:t>ULUSAL GÖKYÜZÜ GÖZLEM</w:t>
      </w:r>
      <w:r w:rsidR="00D6089D">
        <w:rPr>
          <w:rFonts w:ascii="Times New Roman" w:hAnsi="Times New Roman" w:cs="Times New Roman"/>
          <w:b/>
          <w:color w:val="000000" w:themeColor="text1"/>
          <w:sz w:val="28"/>
          <w:szCs w:val="24"/>
        </w:rPr>
        <w:t>İ</w:t>
      </w:r>
      <w:r>
        <w:rPr>
          <w:rFonts w:ascii="Times New Roman" w:hAnsi="Times New Roman" w:cs="Times New Roman"/>
          <w:b/>
          <w:color w:val="000000" w:themeColor="text1"/>
          <w:sz w:val="28"/>
          <w:szCs w:val="24"/>
        </w:rPr>
        <w:t xml:space="preserve"> ETKİNLİKLERİNİ DESTEKLEME ÇAĞRISI</w:t>
      </w:r>
      <w:bookmarkEnd w:id="0"/>
    </w:p>
    <w:p w:rsidR="00316BB8" w:rsidRDefault="00316BB8" w:rsidP="00316BB8">
      <w:pPr>
        <w:spacing w:after="160"/>
        <w:jc w:val="center"/>
        <w:rPr>
          <w:rFonts w:ascii="Times New Roman" w:hAnsi="Times New Roman" w:cs="Times New Roman"/>
          <w:b/>
          <w:color w:val="000000" w:themeColor="text1"/>
          <w:sz w:val="28"/>
          <w:szCs w:val="24"/>
        </w:rPr>
      </w:pPr>
    </w:p>
    <w:p w:rsidR="00316BB8" w:rsidRDefault="00316BB8" w:rsidP="00316BB8">
      <w:pPr>
        <w:spacing w:after="160"/>
        <w:jc w:val="center"/>
        <w:rPr>
          <w:rFonts w:ascii="Times New Roman" w:hAnsi="Times New Roman" w:cs="Times New Roman"/>
          <w:b/>
          <w:color w:val="000000" w:themeColor="text1"/>
          <w:sz w:val="28"/>
          <w:szCs w:val="24"/>
        </w:rPr>
      </w:pPr>
    </w:p>
    <w:p w:rsidR="00316BB8" w:rsidRPr="00745C03" w:rsidRDefault="00316BB8" w:rsidP="00316BB8">
      <w:pPr>
        <w:spacing w:after="160"/>
        <w:jc w:val="center"/>
        <w:rPr>
          <w:rFonts w:ascii="Times New Roman" w:hAnsi="Times New Roman" w:cs="Times New Roman"/>
          <w:b/>
          <w:color w:val="000000" w:themeColor="text1"/>
          <w:sz w:val="28"/>
          <w:szCs w:val="24"/>
        </w:rPr>
      </w:pPr>
    </w:p>
    <w:p w:rsidR="00316BB8" w:rsidRPr="00D20167" w:rsidRDefault="00316BB8" w:rsidP="00316BB8">
      <w:pPr>
        <w:spacing w:after="160"/>
        <w:jc w:val="center"/>
        <w:rPr>
          <w:rFonts w:ascii="Times New Roman" w:hAnsi="Times New Roman" w:cs="Times New Roman"/>
          <w:sz w:val="24"/>
          <w:szCs w:val="24"/>
        </w:rPr>
      </w:pPr>
    </w:p>
    <w:p w:rsidR="00BB77CC" w:rsidRDefault="0026373E">
      <w:pPr>
        <w:spacing w:after="360" w:line="252" w:lineRule="auto"/>
        <w:jc w:val="center"/>
        <w:rPr>
          <w:rFonts w:ascii="Times New Roman" w:hAnsi="Times New Roman" w:cs="Times New Roman"/>
          <w:b/>
          <w:color w:val="B32025"/>
          <w:sz w:val="24"/>
          <w:szCs w:val="24"/>
        </w:rPr>
      </w:pPr>
      <w:r>
        <w:rPr>
          <w:rFonts w:ascii="Times New Roman" w:hAnsi="Times New Roman" w:cs="Times New Roman"/>
          <w:b/>
          <w:color w:val="B32025"/>
          <w:sz w:val="24"/>
          <w:szCs w:val="24"/>
        </w:rPr>
        <w:t>BAŞVURU</w:t>
      </w:r>
      <w:r w:rsidR="00316BB8" w:rsidRPr="00316BB8">
        <w:rPr>
          <w:rFonts w:ascii="Times New Roman" w:hAnsi="Times New Roman" w:cs="Times New Roman"/>
          <w:b/>
          <w:color w:val="B32025"/>
          <w:sz w:val="24"/>
          <w:szCs w:val="24"/>
        </w:rPr>
        <w:t xml:space="preserve"> FORMU</w:t>
      </w:r>
    </w:p>
    <w:p w:rsidR="00316BB8" w:rsidRPr="009848C7" w:rsidRDefault="00316BB8">
      <w:pPr>
        <w:spacing w:after="360" w:line="252" w:lineRule="auto"/>
        <w:jc w:val="center"/>
        <w:rPr>
          <w:rFonts w:asciiTheme="majorHAnsi" w:hAnsiTheme="majorHAnsi" w:cstheme="majorHAnsi"/>
          <w:sz w:val="22"/>
        </w:rPr>
      </w:pPr>
    </w:p>
    <w:tbl>
      <w:tblPr>
        <w:tblStyle w:val="TabloKlavuzu"/>
        <w:tblW w:w="9360" w:type="dxa"/>
        <w:jc w:val="center"/>
        <w:tblLayout w:type="fixed"/>
        <w:tblLook w:val="04A0" w:firstRow="1" w:lastRow="0" w:firstColumn="1" w:lastColumn="0" w:noHBand="0" w:noVBand="1"/>
      </w:tblPr>
      <w:tblGrid>
        <w:gridCol w:w="3100"/>
        <w:gridCol w:w="6260"/>
      </w:tblGrid>
      <w:tr w:rsidR="00207CEC" w:rsidRPr="00316BB8">
        <w:trPr>
          <w:cantSplit/>
          <w:tblHeader/>
          <w:jc w:val="center"/>
        </w:trPr>
        <w:tc>
          <w:tcPr>
            <w:tcW w:w="3100" w:type="dxa"/>
          </w:tcPr>
          <w:p w:rsidR="00207CEC" w:rsidRPr="00316BB8" w:rsidRDefault="00316BB8" w:rsidP="00316BB8">
            <w:pPr>
              <w:jc w:val="both"/>
              <w:rPr>
                <w:rFonts w:ascii="Times New Roman" w:hAnsi="Times New Roman" w:cs="Times New Roman"/>
                <w:sz w:val="24"/>
                <w:szCs w:val="24"/>
              </w:rPr>
            </w:pPr>
            <w:r w:rsidRPr="00316BB8">
              <w:rPr>
                <w:rFonts w:ascii="Times New Roman" w:hAnsi="Times New Roman" w:cs="Times New Roman"/>
                <w:sz w:val="24"/>
                <w:szCs w:val="24"/>
              </w:rPr>
              <w:t>ÇAĞRI TÜRÜ</w:t>
            </w:r>
          </w:p>
        </w:tc>
        <w:tc>
          <w:tcPr>
            <w:tcW w:w="6260" w:type="dxa"/>
          </w:tcPr>
          <w:p w:rsidR="00207CEC" w:rsidRPr="00316BB8" w:rsidRDefault="00316BB8" w:rsidP="00316BB8">
            <w:pPr>
              <w:jc w:val="both"/>
              <w:rPr>
                <w:rFonts w:ascii="Times New Roman" w:hAnsi="Times New Roman" w:cs="Times New Roman"/>
                <w:sz w:val="24"/>
                <w:szCs w:val="24"/>
              </w:rPr>
            </w:pPr>
            <w:r w:rsidRPr="00316BB8">
              <w:rPr>
                <w:rFonts w:ascii="Times New Roman" w:hAnsi="Times New Roman" w:cs="Times New Roman"/>
                <w:sz w:val="24"/>
                <w:szCs w:val="24"/>
              </w:rPr>
              <w:t>Açık Çağrı</w:t>
            </w:r>
          </w:p>
        </w:tc>
      </w:tr>
      <w:tr w:rsidR="00BB77CC" w:rsidRPr="00316BB8">
        <w:trPr>
          <w:cantSplit/>
          <w:jc w:val="center"/>
        </w:trPr>
        <w:tc>
          <w:tcPr>
            <w:tcW w:w="3100" w:type="dxa"/>
            <w:tcMar>
              <w:top w:w="100" w:type="dxa"/>
              <w:left w:w="120" w:type="dxa"/>
              <w:bottom w:w="100" w:type="dxa"/>
              <w:right w:w="120" w:type="dxa"/>
            </w:tcMar>
            <w:vAlign w:val="center"/>
          </w:tcPr>
          <w:p w:rsidR="00BB77CC" w:rsidRPr="00316BB8" w:rsidRDefault="009848C7" w:rsidP="00316BB8">
            <w:pPr>
              <w:jc w:val="both"/>
              <w:rPr>
                <w:rFonts w:ascii="Times New Roman" w:hAnsi="Times New Roman" w:cs="Times New Roman"/>
                <w:sz w:val="24"/>
                <w:szCs w:val="24"/>
              </w:rPr>
            </w:pPr>
            <w:r w:rsidRPr="00316BB8">
              <w:rPr>
                <w:rFonts w:ascii="Times New Roman" w:hAnsi="Times New Roman" w:cs="Times New Roman"/>
                <w:color w:val="1F1F1F"/>
                <w:sz w:val="24"/>
                <w:szCs w:val="24"/>
              </w:rPr>
              <w:t>ETKİNLİK ADI</w:t>
            </w:r>
          </w:p>
        </w:tc>
        <w:tc>
          <w:tcPr>
            <w:tcW w:w="6260" w:type="dxa"/>
            <w:tcMar>
              <w:top w:w="100" w:type="dxa"/>
              <w:left w:w="120" w:type="dxa"/>
              <w:bottom w:w="100" w:type="dxa"/>
              <w:right w:w="120" w:type="dxa"/>
            </w:tcMar>
            <w:vAlign w:val="center"/>
          </w:tcPr>
          <w:p w:rsidR="00BB77CC" w:rsidRPr="00316BB8" w:rsidRDefault="00BB77CC" w:rsidP="00316BB8">
            <w:pPr>
              <w:jc w:val="both"/>
              <w:rPr>
                <w:rFonts w:ascii="Times New Roman" w:hAnsi="Times New Roman" w:cs="Times New Roman"/>
                <w:sz w:val="24"/>
                <w:szCs w:val="24"/>
              </w:rPr>
            </w:pPr>
          </w:p>
        </w:tc>
      </w:tr>
      <w:tr w:rsidR="00BB77CC" w:rsidRPr="00316BB8">
        <w:trPr>
          <w:cantSplit/>
          <w:jc w:val="center"/>
        </w:trPr>
        <w:tc>
          <w:tcPr>
            <w:tcW w:w="3100" w:type="dxa"/>
            <w:tcMar>
              <w:top w:w="100" w:type="dxa"/>
              <w:left w:w="120" w:type="dxa"/>
              <w:bottom w:w="100" w:type="dxa"/>
              <w:right w:w="120" w:type="dxa"/>
            </w:tcMar>
            <w:vAlign w:val="center"/>
          </w:tcPr>
          <w:p w:rsidR="00BB77CC" w:rsidRPr="00316BB8" w:rsidRDefault="009848C7" w:rsidP="00316BB8">
            <w:pPr>
              <w:jc w:val="both"/>
              <w:rPr>
                <w:rFonts w:ascii="Times New Roman" w:hAnsi="Times New Roman" w:cs="Times New Roman"/>
                <w:sz w:val="24"/>
                <w:szCs w:val="24"/>
              </w:rPr>
            </w:pPr>
            <w:r w:rsidRPr="00316BB8">
              <w:rPr>
                <w:rFonts w:ascii="Times New Roman" w:hAnsi="Times New Roman" w:cs="Times New Roman"/>
                <w:color w:val="1F1F1F"/>
                <w:sz w:val="24"/>
                <w:szCs w:val="24"/>
              </w:rPr>
              <w:t>BAŞVURU SAHİBİ KURUM</w:t>
            </w:r>
          </w:p>
        </w:tc>
        <w:tc>
          <w:tcPr>
            <w:tcW w:w="6260" w:type="dxa"/>
            <w:tcMar>
              <w:top w:w="100" w:type="dxa"/>
              <w:left w:w="120" w:type="dxa"/>
              <w:bottom w:w="100" w:type="dxa"/>
              <w:right w:w="120" w:type="dxa"/>
            </w:tcMar>
            <w:vAlign w:val="center"/>
          </w:tcPr>
          <w:p w:rsidR="00BB77CC" w:rsidRPr="00316BB8" w:rsidRDefault="00BB77CC" w:rsidP="00316BB8">
            <w:pPr>
              <w:jc w:val="both"/>
              <w:rPr>
                <w:rFonts w:ascii="Times New Roman" w:hAnsi="Times New Roman" w:cs="Times New Roman"/>
                <w:sz w:val="24"/>
                <w:szCs w:val="24"/>
              </w:rPr>
            </w:pPr>
          </w:p>
        </w:tc>
      </w:tr>
      <w:tr w:rsidR="00BB77CC" w:rsidRPr="00316BB8">
        <w:trPr>
          <w:cantSplit/>
          <w:jc w:val="center"/>
        </w:trPr>
        <w:tc>
          <w:tcPr>
            <w:tcW w:w="3100" w:type="dxa"/>
            <w:tcMar>
              <w:top w:w="100" w:type="dxa"/>
              <w:left w:w="120" w:type="dxa"/>
              <w:bottom w:w="100" w:type="dxa"/>
              <w:right w:w="120" w:type="dxa"/>
            </w:tcMar>
            <w:vAlign w:val="center"/>
          </w:tcPr>
          <w:p w:rsidR="00BB77CC" w:rsidRPr="00316BB8" w:rsidRDefault="009848C7" w:rsidP="00316BB8">
            <w:pPr>
              <w:jc w:val="both"/>
              <w:rPr>
                <w:rFonts w:ascii="Times New Roman" w:hAnsi="Times New Roman" w:cs="Times New Roman"/>
                <w:sz w:val="24"/>
                <w:szCs w:val="24"/>
              </w:rPr>
            </w:pPr>
            <w:r w:rsidRPr="00316BB8">
              <w:rPr>
                <w:rFonts w:ascii="Times New Roman" w:hAnsi="Times New Roman" w:cs="Times New Roman"/>
                <w:color w:val="1F1F1F"/>
                <w:sz w:val="24"/>
                <w:szCs w:val="24"/>
              </w:rPr>
              <w:t>ETKİNLİK YERİ / İL</w:t>
            </w:r>
          </w:p>
        </w:tc>
        <w:tc>
          <w:tcPr>
            <w:tcW w:w="6260" w:type="dxa"/>
            <w:tcMar>
              <w:top w:w="100" w:type="dxa"/>
              <w:left w:w="120" w:type="dxa"/>
              <w:bottom w:w="100" w:type="dxa"/>
              <w:right w:w="120" w:type="dxa"/>
            </w:tcMar>
            <w:vAlign w:val="center"/>
          </w:tcPr>
          <w:p w:rsidR="00BB77CC" w:rsidRPr="00316BB8" w:rsidRDefault="00BB77CC" w:rsidP="00316BB8">
            <w:pPr>
              <w:jc w:val="both"/>
              <w:rPr>
                <w:rFonts w:ascii="Times New Roman" w:hAnsi="Times New Roman" w:cs="Times New Roman"/>
                <w:sz w:val="24"/>
                <w:szCs w:val="24"/>
              </w:rPr>
            </w:pPr>
          </w:p>
        </w:tc>
      </w:tr>
      <w:tr w:rsidR="00BB77CC" w:rsidRPr="00316BB8">
        <w:trPr>
          <w:cantSplit/>
          <w:jc w:val="center"/>
        </w:trPr>
        <w:tc>
          <w:tcPr>
            <w:tcW w:w="3100" w:type="dxa"/>
            <w:tcMar>
              <w:top w:w="100" w:type="dxa"/>
              <w:left w:w="120" w:type="dxa"/>
              <w:bottom w:w="100" w:type="dxa"/>
              <w:right w:w="120" w:type="dxa"/>
            </w:tcMar>
            <w:vAlign w:val="center"/>
          </w:tcPr>
          <w:p w:rsidR="00BB77CC" w:rsidRPr="00316BB8" w:rsidRDefault="009848C7" w:rsidP="00316BB8">
            <w:pPr>
              <w:jc w:val="both"/>
              <w:rPr>
                <w:rFonts w:ascii="Times New Roman" w:hAnsi="Times New Roman" w:cs="Times New Roman"/>
                <w:sz w:val="24"/>
                <w:szCs w:val="24"/>
              </w:rPr>
            </w:pPr>
            <w:r w:rsidRPr="00316BB8">
              <w:rPr>
                <w:rFonts w:ascii="Times New Roman" w:hAnsi="Times New Roman" w:cs="Times New Roman"/>
                <w:color w:val="1F1F1F"/>
                <w:sz w:val="24"/>
                <w:szCs w:val="24"/>
              </w:rPr>
              <w:t>ETKİNLİK TARİHİ</w:t>
            </w:r>
          </w:p>
        </w:tc>
        <w:tc>
          <w:tcPr>
            <w:tcW w:w="6260" w:type="dxa"/>
            <w:tcMar>
              <w:top w:w="100" w:type="dxa"/>
              <w:left w:w="120" w:type="dxa"/>
              <w:bottom w:w="100" w:type="dxa"/>
              <w:right w:w="120" w:type="dxa"/>
            </w:tcMar>
            <w:vAlign w:val="center"/>
          </w:tcPr>
          <w:p w:rsidR="00BB77CC" w:rsidRPr="00316BB8" w:rsidRDefault="00BB77CC" w:rsidP="00316BB8">
            <w:pPr>
              <w:jc w:val="both"/>
              <w:rPr>
                <w:rFonts w:ascii="Times New Roman" w:hAnsi="Times New Roman" w:cs="Times New Roman"/>
                <w:sz w:val="24"/>
                <w:szCs w:val="24"/>
              </w:rPr>
            </w:pPr>
          </w:p>
        </w:tc>
      </w:tr>
    </w:tbl>
    <w:p w:rsidR="00BB77CC" w:rsidRPr="00316BB8" w:rsidRDefault="00BB77CC" w:rsidP="00316BB8">
      <w:pPr>
        <w:spacing w:after="20"/>
        <w:jc w:val="both"/>
        <w:rPr>
          <w:rFonts w:ascii="Times New Roman" w:hAnsi="Times New Roman" w:cs="Times New Roman"/>
          <w:sz w:val="24"/>
          <w:szCs w:val="24"/>
        </w:rPr>
      </w:pPr>
    </w:p>
    <w:p w:rsidR="00BB77CC" w:rsidRPr="00316BB8" w:rsidRDefault="009848C7" w:rsidP="00316BB8">
      <w:pPr>
        <w:spacing w:after="0" w:line="252" w:lineRule="auto"/>
        <w:jc w:val="center"/>
        <w:rPr>
          <w:rFonts w:ascii="Times New Roman" w:hAnsi="Times New Roman" w:cs="Times New Roman"/>
          <w:sz w:val="24"/>
          <w:szCs w:val="24"/>
        </w:rPr>
      </w:pPr>
      <w:r w:rsidRPr="00316BB8">
        <w:rPr>
          <w:rFonts w:ascii="Times New Roman" w:hAnsi="Times New Roman" w:cs="Times New Roman"/>
          <w:b/>
          <w:color w:val="1F1F1F"/>
          <w:sz w:val="24"/>
          <w:szCs w:val="24"/>
        </w:rPr>
        <w:t>Başvuru Yılı: 20</w:t>
      </w:r>
      <w:proofErr w:type="gramStart"/>
      <w:r w:rsidRPr="00316BB8">
        <w:rPr>
          <w:rFonts w:ascii="Times New Roman" w:hAnsi="Times New Roman" w:cs="Times New Roman"/>
          <w:b/>
          <w:color w:val="1F1F1F"/>
          <w:sz w:val="24"/>
          <w:szCs w:val="24"/>
        </w:rPr>
        <w:t>……</w:t>
      </w:r>
      <w:proofErr w:type="gramEnd"/>
    </w:p>
    <w:p w:rsidR="00BB77CC" w:rsidRPr="00316BB8" w:rsidRDefault="009848C7" w:rsidP="00316BB8">
      <w:pPr>
        <w:jc w:val="center"/>
        <w:rPr>
          <w:rFonts w:ascii="Times New Roman" w:hAnsi="Times New Roman" w:cs="Times New Roman"/>
          <w:sz w:val="24"/>
          <w:szCs w:val="24"/>
        </w:rPr>
      </w:pPr>
      <w:r w:rsidRPr="00316BB8">
        <w:rPr>
          <w:rFonts w:ascii="Times New Roman" w:hAnsi="Times New Roman" w:cs="Times New Roman"/>
          <w:sz w:val="24"/>
          <w:szCs w:val="24"/>
        </w:rPr>
        <w:br w:type="page"/>
      </w:r>
    </w:p>
    <w:sdt>
      <w:sdtPr>
        <w:rPr>
          <w:rFonts w:ascii="Arial" w:eastAsiaTheme="minorEastAsia" w:hAnsi="Arial" w:cstheme="minorBidi"/>
          <w:b w:val="0"/>
          <w:bCs w:val="0"/>
          <w:color w:val="auto"/>
          <w:sz w:val="18"/>
          <w:szCs w:val="22"/>
          <w:lang w:val="tr-TR"/>
        </w:rPr>
        <w:id w:val="2131426525"/>
        <w:docPartObj>
          <w:docPartGallery w:val="Table of Contents"/>
          <w:docPartUnique/>
        </w:docPartObj>
      </w:sdtPr>
      <w:sdtEndPr>
        <w:rPr>
          <w:lang w:val="en-US"/>
        </w:rPr>
      </w:sdtEndPr>
      <w:sdtContent>
        <w:p w:rsidR="00575BAA" w:rsidRPr="00D536E8" w:rsidRDefault="00D536E8" w:rsidP="00D536E8">
          <w:pPr>
            <w:pStyle w:val="TBal"/>
            <w:jc w:val="center"/>
            <w:rPr>
              <w:rFonts w:ascii="Times New Roman" w:hAnsi="Times New Roman" w:cs="Times New Roman"/>
              <w:color w:val="000000" w:themeColor="text1"/>
              <w:sz w:val="24"/>
              <w:szCs w:val="22"/>
              <w:lang w:val="tr-TR"/>
            </w:rPr>
          </w:pPr>
          <w:r w:rsidRPr="00D536E8">
            <w:rPr>
              <w:rFonts w:ascii="Times New Roman" w:hAnsi="Times New Roman" w:cs="Times New Roman"/>
              <w:color w:val="000000" w:themeColor="text1"/>
              <w:sz w:val="24"/>
              <w:szCs w:val="22"/>
              <w:lang w:val="tr-TR"/>
            </w:rPr>
            <w:t>İÇİNDEKİLER</w:t>
          </w:r>
        </w:p>
        <w:p w:rsidR="00EB3BE3" w:rsidRPr="00EB3BE3" w:rsidRDefault="00EB3BE3" w:rsidP="00EB3BE3">
          <w:pPr>
            <w:rPr>
              <w:lang w:val="tr-TR"/>
            </w:rPr>
          </w:pPr>
        </w:p>
        <w:p w:rsidR="00667D69" w:rsidRDefault="00575BAA">
          <w:pPr>
            <w:pStyle w:val="T1"/>
            <w:tabs>
              <w:tab w:val="right" w:leader="dot" w:pos="9628"/>
            </w:tabs>
            <w:rPr>
              <w:rFonts w:asciiTheme="minorHAnsi" w:hAnsiTheme="minorHAnsi"/>
              <w:noProof/>
              <w:sz w:val="22"/>
              <w:lang w:val="tr-TR" w:eastAsia="tr-TR"/>
            </w:rPr>
          </w:pPr>
          <w:r w:rsidRPr="00317BAF">
            <w:rPr>
              <w:rFonts w:ascii="Times New Roman" w:hAnsi="Times New Roman" w:cs="Times New Roman"/>
              <w:sz w:val="22"/>
            </w:rPr>
            <w:fldChar w:fldCharType="begin"/>
          </w:r>
          <w:r w:rsidRPr="00317BAF">
            <w:rPr>
              <w:rFonts w:ascii="Times New Roman" w:hAnsi="Times New Roman" w:cs="Times New Roman"/>
              <w:sz w:val="22"/>
            </w:rPr>
            <w:instrText xml:space="preserve"> TOC \o "1-3" \h \z \u </w:instrText>
          </w:r>
          <w:r w:rsidRPr="00317BAF">
            <w:rPr>
              <w:rFonts w:ascii="Times New Roman" w:hAnsi="Times New Roman" w:cs="Times New Roman"/>
              <w:sz w:val="22"/>
            </w:rPr>
            <w:fldChar w:fldCharType="separate"/>
          </w:r>
          <w:hyperlink w:anchor="_Toc237421403" w:history="1">
            <w:r w:rsidR="00667D69" w:rsidRPr="002C04D1">
              <w:rPr>
                <w:rStyle w:val="Kpr"/>
                <w:rFonts w:ascii="Times New Roman" w:hAnsi="Times New Roman" w:cs="Times New Roman"/>
                <w:noProof/>
              </w:rPr>
              <w:t>BAŞVURU FORMUNUN DOLDURULMASINA İLİŞKİN AÇIKLAMALAR</w:t>
            </w:r>
            <w:r w:rsidR="00667D69">
              <w:rPr>
                <w:noProof/>
                <w:webHidden/>
              </w:rPr>
              <w:tab/>
            </w:r>
            <w:r w:rsidR="00667D69">
              <w:rPr>
                <w:noProof/>
                <w:webHidden/>
              </w:rPr>
              <w:fldChar w:fldCharType="begin"/>
            </w:r>
            <w:r w:rsidR="00667D69">
              <w:rPr>
                <w:noProof/>
                <w:webHidden/>
              </w:rPr>
              <w:instrText xml:space="preserve"> PAGEREF _Toc237421403 \h </w:instrText>
            </w:r>
            <w:r w:rsidR="00667D69">
              <w:rPr>
                <w:noProof/>
                <w:webHidden/>
              </w:rPr>
            </w:r>
            <w:r w:rsidR="00667D69">
              <w:rPr>
                <w:noProof/>
                <w:webHidden/>
              </w:rPr>
              <w:fldChar w:fldCharType="separate"/>
            </w:r>
            <w:r w:rsidR="00D4195C">
              <w:rPr>
                <w:noProof/>
                <w:webHidden/>
              </w:rPr>
              <w:t>3</w:t>
            </w:r>
            <w:r w:rsidR="00667D69">
              <w:rPr>
                <w:noProof/>
                <w:webHidden/>
              </w:rPr>
              <w:fldChar w:fldCharType="end"/>
            </w:r>
          </w:hyperlink>
        </w:p>
        <w:p w:rsidR="00667D69" w:rsidRDefault="0006451A">
          <w:pPr>
            <w:pStyle w:val="T2"/>
            <w:tabs>
              <w:tab w:val="right" w:leader="dot" w:pos="9628"/>
            </w:tabs>
            <w:rPr>
              <w:rFonts w:asciiTheme="minorHAnsi" w:hAnsiTheme="minorHAnsi"/>
              <w:noProof/>
              <w:sz w:val="22"/>
              <w:lang w:val="tr-TR" w:eastAsia="tr-TR"/>
            </w:rPr>
          </w:pPr>
          <w:hyperlink w:anchor="_Toc237421404" w:history="1">
            <w:r w:rsidR="00667D69" w:rsidRPr="002C04D1">
              <w:rPr>
                <w:rStyle w:val="Kpr"/>
                <w:rFonts w:ascii="Times New Roman" w:hAnsi="Times New Roman" w:cs="Times New Roman"/>
                <w:noProof/>
              </w:rPr>
              <w:t>Başvuru Süreci</w:t>
            </w:r>
            <w:r w:rsidR="00667D69">
              <w:rPr>
                <w:noProof/>
                <w:webHidden/>
              </w:rPr>
              <w:tab/>
            </w:r>
            <w:r w:rsidR="00667D69">
              <w:rPr>
                <w:noProof/>
                <w:webHidden/>
              </w:rPr>
              <w:fldChar w:fldCharType="begin"/>
            </w:r>
            <w:r w:rsidR="00667D69">
              <w:rPr>
                <w:noProof/>
                <w:webHidden/>
              </w:rPr>
              <w:instrText xml:space="preserve"> PAGEREF _Toc237421404 \h </w:instrText>
            </w:r>
            <w:r w:rsidR="00667D69">
              <w:rPr>
                <w:noProof/>
                <w:webHidden/>
              </w:rPr>
            </w:r>
            <w:r w:rsidR="00667D69">
              <w:rPr>
                <w:noProof/>
                <w:webHidden/>
              </w:rPr>
              <w:fldChar w:fldCharType="separate"/>
            </w:r>
            <w:r w:rsidR="00D4195C">
              <w:rPr>
                <w:noProof/>
                <w:webHidden/>
              </w:rPr>
              <w:t>3</w:t>
            </w:r>
            <w:r w:rsidR="00667D69">
              <w:rPr>
                <w:noProof/>
                <w:webHidden/>
              </w:rPr>
              <w:fldChar w:fldCharType="end"/>
            </w:r>
          </w:hyperlink>
        </w:p>
        <w:p w:rsidR="00667D69" w:rsidRDefault="0006451A">
          <w:pPr>
            <w:pStyle w:val="T2"/>
            <w:tabs>
              <w:tab w:val="right" w:leader="dot" w:pos="9628"/>
            </w:tabs>
            <w:rPr>
              <w:rFonts w:asciiTheme="minorHAnsi" w:hAnsiTheme="minorHAnsi"/>
              <w:noProof/>
              <w:sz w:val="22"/>
              <w:lang w:val="tr-TR" w:eastAsia="tr-TR"/>
            </w:rPr>
          </w:pPr>
          <w:hyperlink w:anchor="_Toc237421405" w:history="1">
            <w:r w:rsidR="00667D69" w:rsidRPr="002C04D1">
              <w:rPr>
                <w:rStyle w:val="Kpr"/>
                <w:rFonts w:ascii="Times New Roman" w:hAnsi="Times New Roman" w:cs="Times New Roman"/>
                <w:noProof/>
              </w:rPr>
              <w:t>İletişim Bilgileri</w:t>
            </w:r>
            <w:r w:rsidR="00667D69">
              <w:rPr>
                <w:noProof/>
                <w:webHidden/>
              </w:rPr>
              <w:tab/>
            </w:r>
            <w:r w:rsidR="00667D69">
              <w:rPr>
                <w:noProof/>
                <w:webHidden/>
              </w:rPr>
              <w:fldChar w:fldCharType="begin"/>
            </w:r>
            <w:r w:rsidR="00667D69">
              <w:rPr>
                <w:noProof/>
                <w:webHidden/>
              </w:rPr>
              <w:instrText xml:space="preserve"> PAGEREF _Toc237421405 \h </w:instrText>
            </w:r>
            <w:r w:rsidR="00667D69">
              <w:rPr>
                <w:noProof/>
                <w:webHidden/>
              </w:rPr>
            </w:r>
            <w:r w:rsidR="00667D69">
              <w:rPr>
                <w:noProof/>
                <w:webHidden/>
              </w:rPr>
              <w:fldChar w:fldCharType="separate"/>
            </w:r>
            <w:r w:rsidR="00D4195C">
              <w:rPr>
                <w:noProof/>
                <w:webHidden/>
              </w:rPr>
              <w:t>3</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06" w:history="1">
            <w:r w:rsidR="00667D69" w:rsidRPr="002C04D1">
              <w:rPr>
                <w:rStyle w:val="Kpr"/>
                <w:rFonts w:ascii="Times New Roman" w:hAnsi="Times New Roman" w:cs="Times New Roman"/>
                <w:noProof/>
              </w:rPr>
              <w:t>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BAŞVURU VE KURUM BİLGİLERİ</w:t>
            </w:r>
            <w:r w:rsidR="00667D69">
              <w:rPr>
                <w:noProof/>
                <w:webHidden/>
              </w:rPr>
              <w:tab/>
            </w:r>
            <w:r w:rsidR="00667D69">
              <w:rPr>
                <w:noProof/>
                <w:webHidden/>
              </w:rPr>
              <w:fldChar w:fldCharType="begin"/>
            </w:r>
            <w:r w:rsidR="00667D69">
              <w:rPr>
                <w:noProof/>
                <w:webHidden/>
              </w:rPr>
              <w:instrText xml:space="preserve"> PAGEREF _Toc237421406 \h </w:instrText>
            </w:r>
            <w:r w:rsidR="00667D69">
              <w:rPr>
                <w:noProof/>
                <w:webHidden/>
              </w:rPr>
            </w:r>
            <w:r w:rsidR="00667D69">
              <w:rPr>
                <w:noProof/>
                <w:webHidden/>
              </w:rPr>
              <w:fldChar w:fldCharType="separate"/>
            </w:r>
            <w:r w:rsidR="00D4195C">
              <w:rPr>
                <w:noProof/>
                <w:webHidden/>
              </w:rPr>
              <w:t>4</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07" w:history="1">
            <w:r w:rsidR="00667D69" w:rsidRPr="002C04D1">
              <w:rPr>
                <w:rStyle w:val="Kpr"/>
                <w:rFonts w:ascii="Times New Roman" w:hAnsi="Times New Roman" w:cs="Times New Roman"/>
                <w:noProof/>
              </w:rPr>
              <w:t>1.1.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Başvuru</w:t>
            </w:r>
            <w:r w:rsidR="00667D69">
              <w:rPr>
                <w:noProof/>
                <w:webHidden/>
              </w:rPr>
              <w:tab/>
            </w:r>
            <w:r w:rsidR="00667D69">
              <w:rPr>
                <w:noProof/>
                <w:webHidden/>
              </w:rPr>
              <w:fldChar w:fldCharType="begin"/>
            </w:r>
            <w:r w:rsidR="00667D69">
              <w:rPr>
                <w:noProof/>
                <w:webHidden/>
              </w:rPr>
              <w:instrText xml:space="preserve"> PAGEREF _Toc237421407 \h </w:instrText>
            </w:r>
            <w:r w:rsidR="00667D69">
              <w:rPr>
                <w:noProof/>
                <w:webHidden/>
              </w:rPr>
            </w:r>
            <w:r w:rsidR="00667D69">
              <w:rPr>
                <w:noProof/>
                <w:webHidden/>
              </w:rPr>
              <w:fldChar w:fldCharType="separate"/>
            </w:r>
            <w:r w:rsidR="00D4195C">
              <w:rPr>
                <w:noProof/>
                <w:webHidden/>
              </w:rPr>
              <w:t>4</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08" w:history="1">
            <w:r w:rsidR="00667D69" w:rsidRPr="002C04D1">
              <w:rPr>
                <w:rStyle w:val="Kpr"/>
                <w:rFonts w:ascii="Times New Roman" w:hAnsi="Times New Roman" w:cs="Times New Roman"/>
                <w:noProof/>
              </w:rPr>
              <w:t>1.2.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Kurum Bilgileri</w:t>
            </w:r>
            <w:r w:rsidR="00667D69">
              <w:rPr>
                <w:noProof/>
                <w:webHidden/>
              </w:rPr>
              <w:tab/>
            </w:r>
            <w:r w:rsidR="00667D69">
              <w:rPr>
                <w:noProof/>
                <w:webHidden/>
              </w:rPr>
              <w:fldChar w:fldCharType="begin"/>
            </w:r>
            <w:r w:rsidR="00667D69">
              <w:rPr>
                <w:noProof/>
                <w:webHidden/>
              </w:rPr>
              <w:instrText xml:space="preserve"> PAGEREF _Toc237421408 \h </w:instrText>
            </w:r>
            <w:r w:rsidR="00667D69">
              <w:rPr>
                <w:noProof/>
                <w:webHidden/>
              </w:rPr>
            </w:r>
            <w:r w:rsidR="00667D69">
              <w:rPr>
                <w:noProof/>
                <w:webHidden/>
              </w:rPr>
              <w:fldChar w:fldCharType="separate"/>
            </w:r>
            <w:r w:rsidR="00D4195C">
              <w:rPr>
                <w:noProof/>
                <w:webHidden/>
              </w:rPr>
              <w:t>4</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09" w:history="1">
            <w:r w:rsidR="00667D69" w:rsidRPr="002C04D1">
              <w:rPr>
                <w:rStyle w:val="Kpr"/>
                <w:rFonts w:ascii="Times New Roman" w:hAnsi="Times New Roman" w:cs="Times New Roman"/>
                <w:noProof/>
              </w:rPr>
              <w:t>1.3.</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Paydaş Kurum Bilgileri (Varsa)</w:t>
            </w:r>
            <w:r w:rsidR="00667D69">
              <w:rPr>
                <w:noProof/>
                <w:webHidden/>
              </w:rPr>
              <w:tab/>
            </w:r>
            <w:r w:rsidR="00667D69">
              <w:rPr>
                <w:noProof/>
                <w:webHidden/>
              </w:rPr>
              <w:fldChar w:fldCharType="begin"/>
            </w:r>
            <w:r w:rsidR="00667D69">
              <w:rPr>
                <w:noProof/>
                <w:webHidden/>
              </w:rPr>
              <w:instrText xml:space="preserve"> PAGEREF _Toc237421409 \h </w:instrText>
            </w:r>
            <w:r w:rsidR="00667D69">
              <w:rPr>
                <w:noProof/>
                <w:webHidden/>
              </w:rPr>
            </w:r>
            <w:r w:rsidR="00667D69">
              <w:rPr>
                <w:noProof/>
                <w:webHidden/>
              </w:rPr>
              <w:fldChar w:fldCharType="separate"/>
            </w:r>
            <w:r w:rsidR="00D4195C">
              <w:rPr>
                <w:noProof/>
                <w:webHidden/>
              </w:rPr>
              <w:t>6</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10" w:history="1">
            <w:r w:rsidR="00667D69" w:rsidRPr="002C04D1">
              <w:rPr>
                <w:rStyle w:val="Kpr"/>
                <w:rFonts w:ascii="Times New Roman" w:hAnsi="Times New Roman" w:cs="Times New Roman"/>
                <w:noProof/>
              </w:rPr>
              <w:t>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ETKİNLİK ÖZETİ</w:t>
            </w:r>
            <w:r w:rsidR="00667D69">
              <w:rPr>
                <w:noProof/>
                <w:webHidden/>
              </w:rPr>
              <w:tab/>
            </w:r>
            <w:r w:rsidR="00667D69">
              <w:rPr>
                <w:noProof/>
                <w:webHidden/>
              </w:rPr>
              <w:fldChar w:fldCharType="begin"/>
            </w:r>
            <w:r w:rsidR="00667D69">
              <w:rPr>
                <w:noProof/>
                <w:webHidden/>
              </w:rPr>
              <w:instrText xml:space="preserve"> PAGEREF _Toc237421410 \h </w:instrText>
            </w:r>
            <w:r w:rsidR="00667D69">
              <w:rPr>
                <w:noProof/>
                <w:webHidden/>
              </w:rPr>
            </w:r>
            <w:r w:rsidR="00667D69">
              <w:rPr>
                <w:noProof/>
                <w:webHidden/>
              </w:rPr>
              <w:fldChar w:fldCharType="separate"/>
            </w:r>
            <w:r w:rsidR="00D4195C">
              <w:rPr>
                <w:noProof/>
                <w:webHidden/>
              </w:rPr>
              <w:t>6</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1" w:history="1">
            <w:r w:rsidR="00667D69" w:rsidRPr="002C04D1">
              <w:rPr>
                <w:rStyle w:val="Kpr"/>
                <w:rFonts w:ascii="Times New Roman" w:hAnsi="Times New Roman" w:cs="Times New Roman"/>
                <w:noProof/>
              </w:rPr>
              <w:t>2.1.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Etkinlik Bilgileri</w:t>
            </w:r>
            <w:r w:rsidR="00667D69">
              <w:rPr>
                <w:noProof/>
                <w:webHidden/>
              </w:rPr>
              <w:tab/>
            </w:r>
            <w:r w:rsidR="00667D69">
              <w:rPr>
                <w:noProof/>
                <w:webHidden/>
              </w:rPr>
              <w:fldChar w:fldCharType="begin"/>
            </w:r>
            <w:r w:rsidR="00667D69">
              <w:rPr>
                <w:noProof/>
                <w:webHidden/>
              </w:rPr>
              <w:instrText xml:space="preserve"> PAGEREF _Toc237421411 \h </w:instrText>
            </w:r>
            <w:r w:rsidR="00667D69">
              <w:rPr>
                <w:noProof/>
                <w:webHidden/>
              </w:rPr>
            </w:r>
            <w:r w:rsidR="00667D69">
              <w:rPr>
                <w:noProof/>
                <w:webHidden/>
              </w:rPr>
              <w:fldChar w:fldCharType="separate"/>
            </w:r>
            <w:r w:rsidR="00D4195C">
              <w:rPr>
                <w:noProof/>
                <w:webHidden/>
              </w:rPr>
              <w:t>6</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2" w:history="1">
            <w:r w:rsidR="00667D69" w:rsidRPr="002C04D1">
              <w:rPr>
                <w:rStyle w:val="Kpr"/>
                <w:rFonts w:ascii="Times New Roman" w:hAnsi="Times New Roman" w:cs="Times New Roman"/>
                <w:noProof/>
              </w:rPr>
              <w:t>2.2.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Etkinliğin Amacı ve Kısa Özeti</w:t>
            </w:r>
            <w:r w:rsidR="00667D69">
              <w:rPr>
                <w:noProof/>
                <w:webHidden/>
              </w:rPr>
              <w:tab/>
            </w:r>
            <w:r w:rsidR="00667D69">
              <w:rPr>
                <w:noProof/>
                <w:webHidden/>
              </w:rPr>
              <w:fldChar w:fldCharType="begin"/>
            </w:r>
            <w:r w:rsidR="00667D69">
              <w:rPr>
                <w:noProof/>
                <w:webHidden/>
              </w:rPr>
              <w:instrText xml:space="preserve"> PAGEREF _Toc237421412 \h </w:instrText>
            </w:r>
            <w:r w:rsidR="00667D69">
              <w:rPr>
                <w:noProof/>
                <w:webHidden/>
              </w:rPr>
            </w:r>
            <w:r w:rsidR="00667D69">
              <w:rPr>
                <w:noProof/>
                <w:webHidden/>
              </w:rPr>
              <w:fldChar w:fldCharType="separate"/>
            </w:r>
            <w:r w:rsidR="00D4195C">
              <w:rPr>
                <w:noProof/>
                <w:webHidden/>
              </w:rPr>
              <w:t>7</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3" w:history="1">
            <w:r w:rsidR="00667D69" w:rsidRPr="002C04D1">
              <w:rPr>
                <w:rStyle w:val="Kpr"/>
                <w:rFonts w:ascii="Times New Roman" w:hAnsi="Times New Roman" w:cs="Times New Roman"/>
                <w:noProof/>
              </w:rPr>
              <w:t>2.3.</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İş Paketleri ve Sorumluluklar</w:t>
            </w:r>
            <w:r w:rsidR="00667D69">
              <w:rPr>
                <w:noProof/>
                <w:webHidden/>
              </w:rPr>
              <w:tab/>
            </w:r>
            <w:r w:rsidR="00667D69">
              <w:rPr>
                <w:noProof/>
                <w:webHidden/>
              </w:rPr>
              <w:fldChar w:fldCharType="begin"/>
            </w:r>
            <w:r w:rsidR="00667D69">
              <w:rPr>
                <w:noProof/>
                <w:webHidden/>
              </w:rPr>
              <w:instrText xml:space="preserve"> PAGEREF _Toc237421413 \h </w:instrText>
            </w:r>
            <w:r w:rsidR="00667D69">
              <w:rPr>
                <w:noProof/>
                <w:webHidden/>
              </w:rPr>
            </w:r>
            <w:r w:rsidR="00667D69">
              <w:rPr>
                <w:noProof/>
                <w:webHidden/>
              </w:rPr>
              <w:fldChar w:fldCharType="separate"/>
            </w:r>
            <w:r w:rsidR="00D4195C">
              <w:rPr>
                <w:noProof/>
                <w:webHidden/>
              </w:rPr>
              <w:t>7</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14" w:history="1">
            <w:r w:rsidR="00667D69" w:rsidRPr="002C04D1">
              <w:rPr>
                <w:rStyle w:val="Kpr"/>
                <w:rFonts w:ascii="Times New Roman" w:hAnsi="Times New Roman" w:cs="Times New Roman"/>
                <w:noProof/>
              </w:rPr>
              <w:t>3.</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ETKİNLİK ALANININ TEKNİK UYGUNLUĞU</w:t>
            </w:r>
            <w:r w:rsidR="00667D69">
              <w:rPr>
                <w:noProof/>
                <w:webHidden/>
              </w:rPr>
              <w:tab/>
            </w:r>
            <w:r w:rsidR="00667D69">
              <w:rPr>
                <w:noProof/>
                <w:webHidden/>
              </w:rPr>
              <w:fldChar w:fldCharType="begin"/>
            </w:r>
            <w:r w:rsidR="00667D69">
              <w:rPr>
                <w:noProof/>
                <w:webHidden/>
              </w:rPr>
              <w:instrText xml:space="preserve"> PAGEREF _Toc237421414 \h </w:instrText>
            </w:r>
            <w:r w:rsidR="00667D69">
              <w:rPr>
                <w:noProof/>
                <w:webHidden/>
              </w:rPr>
            </w:r>
            <w:r w:rsidR="00667D69">
              <w:rPr>
                <w:noProof/>
                <w:webHidden/>
              </w:rPr>
              <w:fldChar w:fldCharType="separate"/>
            </w:r>
            <w:r w:rsidR="00D4195C">
              <w:rPr>
                <w:noProof/>
                <w:webHidden/>
              </w:rPr>
              <w:t>8</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5" w:history="1">
            <w:r w:rsidR="00667D69" w:rsidRPr="002C04D1">
              <w:rPr>
                <w:rStyle w:val="Kpr"/>
                <w:rFonts w:ascii="Times New Roman" w:hAnsi="Times New Roman" w:cs="Times New Roman"/>
                <w:noProof/>
              </w:rPr>
              <w:t>3.1.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Alan Bilgileri</w:t>
            </w:r>
            <w:r w:rsidR="00667D69">
              <w:rPr>
                <w:noProof/>
                <w:webHidden/>
              </w:rPr>
              <w:tab/>
            </w:r>
            <w:r w:rsidR="00667D69">
              <w:rPr>
                <w:noProof/>
                <w:webHidden/>
              </w:rPr>
              <w:fldChar w:fldCharType="begin"/>
            </w:r>
            <w:r w:rsidR="00667D69">
              <w:rPr>
                <w:noProof/>
                <w:webHidden/>
              </w:rPr>
              <w:instrText xml:space="preserve"> PAGEREF _Toc237421415 \h </w:instrText>
            </w:r>
            <w:r w:rsidR="00667D69">
              <w:rPr>
                <w:noProof/>
                <w:webHidden/>
              </w:rPr>
            </w:r>
            <w:r w:rsidR="00667D69">
              <w:rPr>
                <w:noProof/>
                <w:webHidden/>
              </w:rPr>
              <w:fldChar w:fldCharType="separate"/>
            </w:r>
            <w:r w:rsidR="00D4195C">
              <w:rPr>
                <w:noProof/>
                <w:webHidden/>
              </w:rPr>
              <w:t>8</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6" w:history="1">
            <w:r w:rsidR="00667D69" w:rsidRPr="002C04D1">
              <w:rPr>
                <w:rStyle w:val="Kpr"/>
                <w:rFonts w:ascii="Times New Roman" w:hAnsi="Times New Roman" w:cs="Times New Roman"/>
                <w:noProof/>
              </w:rPr>
              <w:t>3.2.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Yerleşim ve Alan Kullanım Planı</w:t>
            </w:r>
            <w:r w:rsidR="00667D69">
              <w:rPr>
                <w:noProof/>
                <w:webHidden/>
              </w:rPr>
              <w:tab/>
            </w:r>
            <w:r w:rsidR="00667D69">
              <w:rPr>
                <w:noProof/>
                <w:webHidden/>
              </w:rPr>
              <w:fldChar w:fldCharType="begin"/>
            </w:r>
            <w:r w:rsidR="00667D69">
              <w:rPr>
                <w:noProof/>
                <w:webHidden/>
              </w:rPr>
              <w:instrText xml:space="preserve"> PAGEREF _Toc237421416 \h </w:instrText>
            </w:r>
            <w:r w:rsidR="00667D69">
              <w:rPr>
                <w:noProof/>
                <w:webHidden/>
              </w:rPr>
            </w:r>
            <w:r w:rsidR="00667D69">
              <w:rPr>
                <w:noProof/>
                <w:webHidden/>
              </w:rPr>
              <w:fldChar w:fldCharType="separate"/>
            </w:r>
            <w:r w:rsidR="00D4195C">
              <w:rPr>
                <w:noProof/>
                <w:webHidden/>
              </w:rPr>
              <w:t>9</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17" w:history="1">
            <w:r w:rsidR="00667D69" w:rsidRPr="002C04D1">
              <w:rPr>
                <w:rStyle w:val="Kpr"/>
                <w:rFonts w:ascii="Times New Roman" w:hAnsi="Times New Roman" w:cs="Times New Roman"/>
                <w:noProof/>
              </w:rPr>
              <w:t>4.</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PROGRAM VE GÖZLEM İÇERİĞİ</w:t>
            </w:r>
            <w:r w:rsidR="00667D69">
              <w:rPr>
                <w:noProof/>
                <w:webHidden/>
              </w:rPr>
              <w:tab/>
            </w:r>
            <w:r w:rsidR="00667D69">
              <w:rPr>
                <w:noProof/>
                <w:webHidden/>
              </w:rPr>
              <w:fldChar w:fldCharType="begin"/>
            </w:r>
            <w:r w:rsidR="00667D69">
              <w:rPr>
                <w:noProof/>
                <w:webHidden/>
              </w:rPr>
              <w:instrText xml:space="preserve"> PAGEREF _Toc237421417 \h </w:instrText>
            </w:r>
            <w:r w:rsidR="00667D69">
              <w:rPr>
                <w:noProof/>
                <w:webHidden/>
              </w:rPr>
            </w:r>
            <w:r w:rsidR="00667D69">
              <w:rPr>
                <w:noProof/>
                <w:webHidden/>
              </w:rPr>
              <w:fldChar w:fldCharType="separate"/>
            </w:r>
            <w:r w:rsidR="00D4195C">
              <w:rPr>
                <w:noProof/>
                <w:webHidden/>
              </w:rPr>
              <w:t>9</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8" w:history="1">
            <w:r w:rsidR="00667D69" w:rsidRPr="002C04D1">
              <w:rPr>
                <w:rStyle w:val="Kpr"/>
                <w:rFonts w:ascii="Times New Roman" w:hAnsi="Times New Roman" w:cs="Times New Roman"/>
                <w:noProof/>
              </w:rPr>
              <w:t>4.1.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Gözlem İçeriği</w:t>
            </w:r>
            <w:r w:rsidR="00667D69">
              <w:rPr>
                <w:noProof/>
                <w:webHidden/>
              </w:rPr>
              <w:tab/>
            </w:r>
            <w:r w:rsidR="00667D69">
              <w:rPr>
                <w:noProof/>
                <w:webHidden/>
              </w:rPr>
              <w:fldChar w:fldCharType="begin"/>
            </w:r>
            <w:r w:rsidR="00667D69">
              <w:rPr>
                <w:noProof/>
                <w:webHidden/>
              </w:rPr>
              <w:instrText xml:space="preserve"> PAGEREF _Toc237421418 \h </w:instrText>
            </w:r>
            <w:r w:rsidR="00667D69">
              <w:rPr>
                <w:noProof/>
                <w:webHidden/>
              </w:rPr>
            </w:r>
            <w:r w:rsidR="00667D69">
              <w:rPr>
                <w:noProof/>
                <w:webHidden/>
              </w:rPr>
              <w:fldChar w:fldCharType="separate"/>
            </w:r>
            <w:r w:rsidR="00D4195C">
              <w:rPr>
                <w:noProof/>
                <w:webHidden/>
              </w:rPr>
              <w:t>9</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19" w:history="1">
            <w:r w:rsidR="00667D69" w:rsidRPr="002C04D1">
              <w:rPr>
                <w:rStyle w:val="Kpr"/>
                <w:rFonts w:ascii="Times New Roman" w:hAnsi="Times New Roman" w:cs="Times New Roman"/>
                <w:noProof/>
              </w:rPr>
              <w:t>4.2.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Saatlik Program</w:t>
            </w:r>
            <w:r w:rsidR="00667D69">
              <w:rPr>
                <w:noProof/>
                <w:webHidden/>
              </w:rPr>
              <w:tab/>
            </w:r>
            <w:r w:rsidR="00667D69">
              <w:rPr>
                <w:noProof/>
                <w:webHidden/>
              </w:rPr>
              <w:fldChar w:fldCharType="begin"/>
            </w:r>
            <w:r w:rsidR="00667D69">
              <w:rPr>
                <w:noProof/>
                <w:webHidden/>
              </w:rPr>
              <w:instrText xml:space="preserve"> PAGEREF _Toc237421419 \h </w:instrText>
            </w:r>
            <w:r w:rsidR="00667D69">
              <w:rPr>
                <w:noProof/>
                <w:webHidden/>
              </w:rPr>
            </w:r>
            <w:r w:rsidR="00667D69">
              <w:rPr>
                <w:noProof/>
                <w:webHidden/>
              </w:rPr>
              <w:fldChar w:fldCharType="separate"/>
            </w:r>
            <w:r w:rsidR="00D4195C">
              <w:rPr>
                <w:noProof/>
                <w:webHidden/>
              </w:rPr>
              <w:t>10</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20" w:history="1">
            <w:r w:rsidR="00667D69" w:rsidRPr="002C04D1">
              <w:rPr>
                <w:rStyle w:val="Kpr"/>
                <w:rFonts w:ascii="Times New Roman" w:hAnsi="Times New Roman" w:cs="Times New Roman"/>
                <w:noProof/>
              </w:rPr>
              <w:t>5.</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KATILIMCI VE ORGANİZASYON YAPISI</w:t>
            </w:r>
            <w:r w:rsidR="00667D69">
              <w:rPr>
                <w:noProof/>
                <w:webHidden/>
              </w:rPr>
              <w:tab/>
            </w:r>
            <w:r w:rsidR="00667D69">
              <w:rPr>
                <w:noProof/>
                <w:webHidden/>
              </w:rPr>
              <w:fldChar w:fldCharType="begin"/>
            </w:r>
            <w:r w:rsidR="00667D69">
              <w:rPr>
                <w:noProof/>
                <w:webHidden/>
              </w:rPr>
              <w:instrText xml:space="preserve"> PAGEREF _Toc237421420 \h </w:instrText>
            </w:r>
            <w:r w:rsidR="00667D69">
              <w:rPr>
                <w:noProof/>
                <w:webHidden/>
              </w:rPr>
            </w:r>
            <w:r w:rsidR="00667D69">
              <w:rPr>
                <w:noProof/>
                <w:webHidden/>
              </w:rPr>
              <w:fldChar w:fldCharType="separate"/>
            </w:r>
            <w:r w:rsidR="00D4195C">
              <w:rPr>
                <w:noProof/>
                <w:webHidden/>
              </w:rPr>
              <w:t>11</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21" w:history="1">
            <w:r w:rsidR="00667D69" w:rsidRPr="002C04D1">
              <w:rPr>
                <w:rStyle w:val="Kpr"/>
                <w:rFonts w:ascii="Times New Roman" w:hAnsi="Times New Roman" w:cs="Times New Roman"/>
                <w:noProof/>
              </w:rPr>
              <w:t>5.1.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Katılımcı ve Organizasyon Yapısı</w:t>
            </w:r>
            <w:r w:rsidR="00667D69">
              <w:rPr>
                <w:noProof/>
                <w:webHidden/>
              </w:rPr>
              <w:tab/>
            </w:r>
            <w:r w:rsidR="00667D69">
              <w:rPr>
                <w:noProof/>
                <w:webHidden/>
              </w:rPr>
              <w:fldChar w:fldCharType="begin"/>
            </w:r>
            <w:r w:rsidR="00667D69">
              <w:rPr>
                <w:noProof/>
                <w:webHidden/>
              </w:rPr>
              <w:instrText xml:space="preserve"> PAGEREF _Toc237421421 \h </w:instrText>
            </w:r>
            <w:r w:rsidR="00667D69">
              <w:rPr>
                <w:noProof/>
                <w:webHidden/>
              </w:rPr>
            </w:r>
            <w:r w:rsidR="00667D69">
              <w:rPr>
                <w:noProof/>
                <w:webHidden/>
              </w:rPr>
              <w:fldChar w:fldCharType="separate"/>
            </w:r>
            <w:r w:rsidR="00D4195C">
              <w:rPr>
                <w:noProof/>
                <w:webHidden/>
              </w:rPr>
              <w:t>11</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22" w:history="1">
            <w:r w:rsidR="00667D69" w:rsidRPr="002C04D1">
              <w:rPr>
                <w:rStyle w:val="Kpr"/>
                <w:rFonts w:ascii="Times New Roman" w:hAnsi="Times New Roman" w:cs="Times New Roman"/>
                <w:noProof/>
              </w:rPr>
              <w:t>5.2.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Organizasyon Ekibi</w:t>
            </w:r>
            <w:r w:rsidR="00667D69">
              <w:rPr>
                <w:noProof/>
                <w:webHidden/>
              </w:rPr>
              <w:tab/>
            </w:r>
            <w:r w:rsidR="00667D69">
              <w:rPr>
                <w:noProof/>
                <w:webHidden/>
              </w:rPr>
              <w:fldChar w:fldCharType="begin"/>
            </w:r>
            <w:r w:rsidR="00667D69">
              <w:rPr>
                <w:noProof/>
                <w:webHidden/>
              </w:rPr>
              <w:instrText xml:space="preserve"> PAGEREF _Toc237421422 \h </w:instrText>
            </w:r>
            <w:r w:rsidR="00667D69">
              <w:rPr>
                <w:noProof/>
                <w:webHidden/>
              </w:rPr>
            </w:r>
            <w:r w:rsidR="00667D69">
              <w:rPr>
                <w:noProof/>
                <w:webHidden/>
              </w:rPr>
              <w:fldChar w:fldCharType="separate"/>
            </w:r>
            <w:r w:rsidR="00D4195C">
              <w:rPr>
                <w:noProof/>
                <w:webHidden/>
              </w:rPr>
              <w:t>12</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23" w:history="1">
            <w:r w:rsidR="00667D69" w:rsidRPr="002C04D1">
              <w:rPr>
                <w:rStyle w:val="Kpr"/>
                <w:rFonts w:ascii="Times New Roman" w:hAnsi="Times New Roman" w:cs="Times New Roman"/>
                <w:noProof/>
              </w:rPr>
              <w:t>6.</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TEKNİK OPERASYON VE DESTEK TALEPLERİ</w:t>
            </w:r>
            <w:r w:rsidR="00667D69">
              <w:rPr>
                <w:noProof/>
                <w:webHidden/>
              </w:rPr>
              <w:tab/>
            </w:r>
            <w:r w:rsidR="00667D69">
              <w:rPr>
                <w:noProof/>
                <w:webHidden/>
              </w:rPr>
              <w:fldChar w:fldCharType="begin"/>
            </w:r>
            <w:r w:rsidR="00667D69">
              <w:rPr>
                <w:noProof/>
                <w:webHidden/>
              </w:rPr>
              <w:instrText xml:space="preserve"> PAGEREF _Toc237421423 \h </w:instrText>
            </w:r>
            <w:r w:rsidR="00667D69">
              <w:rPr>
                <w:noProof/>
                <w:webHidden/>
              </w:rPr>
            </w:r>
            <w:r w:rsidR="00667D69">
              <w:rPr>
                <w:noProof/>
                <w:webHidden/>
              </w:rPr>
              <w:fldChar w:fldCharType="separate"/>
            </w:r>
            <w:r w:rsidR="00D4195C">
              <w:rPr>
                <w:noProof/>
                <w:webHidden/>
              </w:rPr>
              <w:t>13</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24" w:history="1">
            <w:r w:rsidR="00667D69" w:rsidRPr="002C04D1">
              <w:rPr>
                <w:rStyle w:val="Kpr"/>
                <w:rFonts w:ascii="Times New Roman" w:hAnsi="Times New Roman" w:cs="Times New Roman"/>
                <w:noProof/>
              </w:rPr>
              <w:t>6.1.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Destek Talepleri</w:t>
            </w:r>
            <w:r w:rsidR="00667D69">
              <w:rPr>
                <w:noProof/>
                <w:webHidden/>
              </w:rPr>
              <w:tab/>
            </w:r>
            <w:r w:rsidR="00667D69">
              <w:rPr>
                <w:noProof/>
                <w:webHidden/>
              </w:rPr>
              <w:fldChar w:fldCharType="begin"/>
            </w:r>
            <w:r w:rsidR="00667D69">
              <w:rPr>
                <w:noProof/>
                <w:webHidden/>
              </w:rPr>
              <w:instrText xml:space="preserve"> PAGEREF _Toc237421424 \h </w:instrText>
            </w:r>
            <w:r w:rsidR="00667D69">
              <w:rPr>
                <w:noProof/>
                <w:webHidden/>
              </w:rPr>
            </w:r>
            <w:r w:rsidR="00667D69">
              <w:rPr>
                <w:noProof/>
                <w:webHidden/>
              </w:rPr>
              <w:fldChar w:fldCharType="separate"/>
            </w:r>
            <w:r w:rsidR="00D4195C">
              <w:rPr>
                <w:noProof/>
                <w:webHidden/>
              </w:rPr>
              <w:t>13</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25" w:history="1">
            <w:r w:rsidR="00667D69" w:rsidRPr="002C04D1">
              <w:rPr>
                <w:rStyle w:val="Kpr"/>
                <w:rFonts w:ascii="Times New Roman" w:hAnsi="Times New Roman" w:cs="Times New Roman"/>
                <w:noProof/>
              </w:rPr>
              <w:t>6.2.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Mevcut ve Talep Edilen Ekipman</w:t>
            </w:r>
            <w:r w:rsidR="00667D69">
              <w:rPr>
                <w:noProof/>
                <w:webHidden/>
              </w:rPr>
              <w:tab/>
            </w:r>
            <w:r w:rsidR="00667D69">
              <w:rPr>
                <w:noProof/>
                <w:webHidden/>
              </w:rPr>
              <w:fldChar w:fldCharType="begin"/>
            </w:r>
            <w:r w:rsidR="00667D69">
              <w:rPr>
                <w:noProof/>
                <w:webHidden/>
              </w:rPr>
              <w:instrText xml:space="preserve"> PAGEREF _Toc237421425 \h </w:instrText>
            </w:r>
            <w:r w:rsidR="00667D69">
              <w:rPr>
                <w:noProof/>
                <w:webHidden/>
              </w:rPr>
            </w:r>
            <w:r w:rsidR="00667D69">
              <w:rPr>
                <w:noProof/>
                <w:webHidden/>
              </w:rPr>
              <w:fldChar w:fldCharType="separate"/>
            </w:r>
            <w:r w:rsidR="00D4195C">
              <w:rPr>
                <w:noProof/>
                <w:webHidden/>
              </w:rPr>
              <w:t>14</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26" w:history="1">
            <w:r w:rsidR="00667D69" w:rsidRPr="002C04D1">
              <w:rPr>
                <w:rStyle w:val="Kpr"/>
                <w:rFonts w:ascii="Times New Roman" w:hAnsi="Times New Roman" w:cs="Times New Roman"/>
                <w:noProof/>
              </w:rPr>
              <w:t>6.3.</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Kurulum, Hizalama ve Kullanım Planı</w:t>
            </w:r>
            <w:r w:rsidR="00667D69">
              <w:rPr>
                <w:noProof/>
                <w:webHidden/>
              </w:rPr>
              <w:tab/>
            </w:r>
            <w:r w:rsidR="00667D69">
              <w:rPr>
                <w:noProof/>
                <w:webHidden/>
              </w:rPr>
              <w:fldChar w:fldCharType="begin"/>
            </w:r>
            <w:r w:rsidR="00667D69">
              <w:rPr>
                <w:noProof/>
                <w:webHidden/>
              </w:rPr>
              <w:instrText xml:space="preserve"> PAGEREF _Toc237421426 \h </w:instrText>
            </w:r>
            <w:r w:rsidR="00667D69">
              <w:rPr>
                <w:noProof/>
                <w:webHidden/>
              </w:rPr>
            </w:r>
            <w:r w:rsidR="00667D69">
              <w:rPr>
                <w:noProof/>
                <w:webHidden/>
              </w:rPr>
              <w:fldChar w:fldCharType="separate"/>
            </w:r>
            <w:r w:rsidR="00D4195C">
              <w:rPr>
                <w:noProof/>
                <w:webHidden/>
              </w:rPr>
              <w:t>14</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27" w:history="1">
            <w:r w:rsidR="00667D69" w:rsidRPr="002C04D1">
              <w:rPr>
                <w:rStyle w:val="Kpr"/>
                <w:rFonts w:ascii="Times New Roman" w:hAnsi="Times New Roman" w:cs="Times New Roman"/>
                <w:noProof/>
              </w:rPr>
              <w:t>7.</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ENERJİ, ALTYAPI, GÜVENLİK VE SAĞLIK</w:t>
            </w:r>
            <w:r w:rsidR="00667D69">
              <w:rPr>
                <w:noProof/>
                <w:webHidden/>
              </w:rPr>
              <w:tab/>
            </w:r>
            <w:r w:rsidR="00667D69">
              <w:rPr>
                <w:noProof/>
                <w:webHidden/>
              </w:rPr>
              <w:fldChar w:fldCharType="begin"/>
            </w:r>
            <w:r w:rsidR="00667D69">
              <w:rPr>
                <w:noProof/>
                <w:webHidden/>
              </w:rPr>
              <w:instrText xml:space="preserve"> PAGEREF _Toc237421427 \h </w:instrText>
            </w:r>
            <w:r w:rsidR="00667D69">
              <w:rPr>
                <w:noProof/>
                <w:webHidden/>
              </w:rPr>
            </w:r>
            <w:r w:rsidR="00667D69">
              <w:rPr>
                <w:noProof/>
                <w:webHidden/>
              </w:rPr>
              <w:fldChar w:fldCharType="separate"/>
            </w:r>
            <w:r w:rsidR="00D4195C">
              <w:rPr>
                <w:noProof/>
                <w:webHidden/>
              </w:rPr>
              <w:t>15</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28" w:history="1">
            <w:r w:rsidR="00667D69" w:rsidRPr="002C04D1">
              <w:rPr>
                <w:rStyle w:val="Kpr"/>
                <w:rFonts w:ascii="Times New Roman" w:hAnsi="Times New Roman" w:cs="Times New Roman"/>
                <w:noProof/>
              </w:rPr>
              <w:t>8.</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LOJİSTİK VE KOORDİNASYON</w:t>
            </w:r>
            <w:r w:rsidR="00667D69">
              <w:rPr>
                <w:noProof/>
                <w:webHidden/>
              </w:rPr>
              <w:tab/>
            </w:r>
            <w:r w:rsidR="00667D69">
              <w:rPr>
                <w:noProof/>
                <w:webHidden/>
              </w:rPr>
              <w:fldChar w:fldCharType="begin"/>
            </w:r>
            <w:r w:rsidR="00667D69">
              <w:rPr>
                <w:noProof/>
                <w:webHidden/>
              </w:rPr>
              <w:instrText xml:space="preserve"> PAGEREF _Toc237421428 \h </w:instrText>
            </w:r>
            <w:r w:rsidR="00667D69">
              <w:rPr>
                <w:noProof/>
                <w:webHidden/>
              </w:rPr>
            </w:r>
            <w:r w:rsidR="00667D69">
              <w:rPr>
                <w:noProof/>
                <w:webHidden/>
              </w:rPr>
              <w:fldChar w:fldCharType="separate"/>
            </w:r>
            <w:r w:rsidR="00D4195C">
              <w:rPr>
                <w:noProof/>
                <w:webHidden/>
              </w:rPr>
              <w:t>16</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29" w:history="1">
            <w:r w:rsidR="00667D69" w:rsidRPr="002C04D1">
              <w:rPr>
                <w:rStyle w:val="Kpr"/>
                <w:rFonts w:ascii="Times New Roman" w:hAnsi="Times New Roman" w:cs="Times New Roman"/>
                <w:noProof/>
              </w:rPr>
              <w:t>8.1.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Lojistik ve Koordinasyon</w:t>
            </w:r>
            <w:r w:rsidR="00667D69">
              <w:rPr>
                <w:noProof/>
                <w:webHidden/>
              </w:rPr>
              <w:tab/>
            </w:r>
            <w:r w:rsidR="00667D69">
              <w:rPr>
                <w:noProof/>
                <w:webHidden/>
              </w:rPr>
              <w:fldChar w:fldCharType="begin"/>
            </w:r>
            <w:r w:rsidR="00667D69">
              <w:rPr>
                <w:noProof/>
                <w:webHidden/>
              </w:rPr>
              <w:instrText xml:space="preserve"> PAGEREF _Toc237421429 \h </w:instrText>
            </w:r>
            <w:r w:rsidR="00667D69">
              <w:rPr>
                <w:noProof/>
                <w:webHidden/>
              </w:rPr>
            </w:r>
            <w:r w:rsidR="00667D69">
              <w:rPr>
                <w:noProof/>
                <w:webHidden/>
              </w:rPr>
              <w:fldChar w:fldCharType="separate"/>
            </w:r>
            <w:r w:rsidR="00D4195C">
              <w:rPr>
                <w:noProof/>
                <w:webHidden/>
              </w:rPr>
              <w:t>16</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30" w:history="1">
            <w:r w:rsidR="00667D69" w:rsidRPr="002C04D1">
              <w:rPr>
                <w:rStyle w:val="Kpr"/>
                <w:rFonts w:ascii="Times New Roman" w:hAnsi="Times New Roman" w:cs="Times New Roman"/>
                <w:noProof/>
              </w:rPr>
              <w:t>8.2.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Görev ve Koordinasyon Matrisi</w:t>
            </w:r>
            <w:r w:rsidR="00667D69">
              <w:rPr>
                <w:noProof/>
                <w:webHidden/>
              </w:rPr>
              <w:tab/>
            </w:r>
            <w:r w:rsidR="00667D69">
              <w:rPr>
                <w:noProof/>
                <w:webHidden/>
              </w:rPr>
              <w:fldChar w:fldCharType="begin"/>
            </w:r>
            <w:r w:rsidR="00667D69">
              <w:rPr>
                <w:noProof/>
                <w:webHidden/>
              </w:rPr>
              <w:instrText xml:space="preserve"> PAGEREF _Toc237421430 \h </w:instrText>
            </w:r>
            <w:r w:rsidR="00667D69">
              <w:rPr>
                <w:noProof/>
                <w:webHidden/>
              </w:rPr>
            </w:r>
            <w:r w:rsidR="00667D69">
              <w:rPr>
                <w:noProof/>
                <w:webHidden/>
              </w:rPr>
              <w:fldChar w:fldCharType="separate"/>
            </w:r>
            <w:r w:rsidR="00D4195C">
              <w:rPr>
                <w:noProof/>
                <w:webHidden/>
              </w:rPr>
              <w:t>17</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31" w:history="1">
            <w:r w:rsidR="00667D69" w:rsidRPr="002C04D1">
              <w:rPr>
                <w:rStyle w:val="Kpr"/>
                <w:rFonts w:ascii="Times New Roman" w:hAnsi="Times New Roman" w:cs="Times New Roman"/>
                <w:noProof/>
              </w:rPr>
              <w:t>8.3.</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Diğer Destek ve İş Birlikleri</w:t>
            </w:r>
            <w:r w:rsidR="00667D69">
              <w:rPr>
                <w:noProof/>
                <w:webHidden/>
              </w:rPr>
              <w:tab/>
            </w:r>
            <w:r w:rsidR="00667D69">
              <w:rPr>
                <w:noProof/>
                <w:webHidden/>
              </w:rPr>
              <w:fldChar w:fldCharType="begin"/>
            </w:r>
            <w:r w:rsidR="00667D69">
              <w:rPr>
                <w:noProof/>
                <w:webHidden/>
              </w:rPr>
              <w:instrText xml:space="preserve"> PAGEREF _Toc237421431 \h </w:instrText>
            </w:r>
            <w:r w:rsidR="00667D69">
              <w:rPr>
                <w:noProof/>
                <w:webHidden/>
              </w:rPr>
            </w:r>
            <w:r w:rsidR="00667D69">
              <w:rPr>
                <w:noProof/>
                <w:webHidden/>
              </w:rPr>
              <w:fldChar w:fldCharType="separate"/>
            </w:r>
            <w:r w:rsidR="00D4195C">
              <w:rPr>
                <w:noProof/>
                <w:webHidden/>
              </w:rPr>
              <w:t>18</w:t>
            </w:r>
            <w:r w:rsidR="00667D69">
              <w:rPr>
                <w:noProof/>
                <w:webHidden/>
              </w:rPr>
              <w:fldChar w:fldCharType="end"/>
            </w:r>
          </w:hyperlink>
        </w:p>
        <w:p w:rsidR="00667D69" w:rsidRDefault="0006451A">
          <w:pPr>
            <w:pStyle w:val="T1"/>
            <w:tabs>
              <w:tab w:val="left" w:pos="440"/>
              <w:tab w:val="right" w:leader="dot" w:pos="9628"/>
            </w:tabs>
            <w:rPr>
              <w:rFonts w:asciiTheme="minorHAnsi" w:hAnsiTheme="minorHAnsi"/>
              <w:noProof/>
              <w:sz w:val="22"/>
              <w:lang w:val="tr-TR" w:eastAsia="tr-TR"/>
            </w:rPr>
          </w:pPr>
          <w:hyperlink w:anchor="_Toc237421432" w:history="1">
            <w:r w:rsidR="00667D69" w:rsidRPr="002C04D1">
              <w:rPr>
                <w:rStyle w:val="Kpr"/>
                <w:rFonts w:ascii="Times New Roman" w:hAnsi="Times New Roman" w:cs="Times New Roman"/>
                <w:noProof/>
              </w:rPr>
              <w:t>9.</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SONUÇLANDIRMA</w:t>
            </w:r>
            <w:r w:rsidR="00667D69">
              <w:rPr>
                <w:noProof/>
                <w:webHidden/>
              </w:rPr>
              <w:tab/>
            </w:r>
            <w:r w:rsidR="00667D69">
              <w:rPr>
                <w:noProof/>
                <w:webHidden/>
              </w:rPr>
              <w:fldChar w:fldCharType="begin"/>
            </w:r>
            <w:r w:rsidR="00667D69">
              <w:rPr>
                <w:noProof/>
                <w:webHidden/>
              </w:rPr>
              <w:instrText xml:space="preserve"> PAGEREF _Toc237421432 \h </w:instrText>
            </w:r>
            <w:r w:rsidR="00667D69">
              <w:rPr>
                <w:noProof/>
                <w:webHidden/>
              </w:rPr>
            </w:r>
            <w:r w:rsidR="00667D69">
              <w:rPr>
                <w:noProof/>
                <w:webHidden/>
              </w:rPr>
              <w:fldChar w:fldCharType="separate"/>
            </w:r>
            <w:r w:rsidR="00D4195C">
              <w:rPr>
                <w:noProof/>
                <w:webHidden/>
              </w:rPr>
              <w:t>18</w:t>
            </w:r>
            <w:r w:rsidR="00667D69">
              <w:rPr>
                <w:noProof/>
                <w:webHidden/>
              </w:rPr>
              <w:fldChar w:fldCharType="end"/>
            </w:r>
          </w:hyperlink>
        </w:p>
        <w:p w:rsidR="00667D69" w:rsidRDefault="0006451A">
          <w:pPr>
            <w:pStyle w:val="T1"/>
            <w:tabs>
              <w:tab w:val="left" w:pos="660"/>
              <w:tab w:val="right" w:leader="dot" w:pos="9628"/>
            </w:tabs>
            <w:rPr>
              <w:rFonts w:asciiTheme="minorHAnsi" w:hAnsiTheme="minorHAnsi"/>
              <w:noProof/>
              <w:sz w:val="22"/>
              <w:lang w:val="tr-TR" w:eastAsia="tr-TR"/>
            </w:rPr>
          </w:pPr>
          <w:hyperlink w:anchor="_Toc237421433" w:history="1">
            <w:r w:rsidR="00667D69" w:rsidRPr="002C04D1">
              <w:rPr>
                <w:rStyle w:val="Kpr"/>
                <w:rFonts w:ascii="Times New Roman" w:hAnsi="Times New Roman" w:cs="Times New Roman"/>
                <w:noProof/>
              </w:rPr>
              <w:t>10.</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FİKRÎ VE SINAİ MÜLKİYET, KİŞİSEL VERİLER VE İZİNLER</w:t>
            </w:r>
            <w:r w:rsidR="00667D69">
              <w:rPr>
                <w:noProof/>
                <w:webHidden/>
              </w:rPr>
              <w:tab/>
            </w:r>
            <w:r w:rsidR="00667D69">
              <w:rPr>
                <w:noProof/>
                <w:webHidden/>
              </w:rPr>
              <w:fldChar w:fldCharType="begin"/>
            </w:r>
            <w:r w:rsidR="00667D69">
              <w:rPr>
                <w:noProof/>
                <w:webHidden/>
              </w:rPr>
              <w:instrText xml:space="preserve"> PAGEREF _Toc237421433 \h </w:instrText>
            </w:r>
            <w:r w:rsidR="00667D69">
              <w:rPr>
                <w:noProof/>
                <w:webHidden/>
              </w:rPr>
            </w:r>
            <w:r w:rsidR="00667D69">
              <w:rPr>
                <w:noProof/>
                <w:webHidden/>
              </w:rPr>
              <w:fldChar w:fldCharType="separate"/>
            </w:r>
            <w:r w:rsidR="00D4195C">
              <w:rPr>
                <w:noProof/>
                <w:webHidden/>
              </w:rPr>
              <w:t>19</w:t>
            </w:r>
            <w:r w:rsidR="00667D69">
              <w:rPr>
                <w:noProof/>
                <w:webHidden/>
              </w:rPr>
              <w:fldChar w:fldCharType="end"/>
            </w:r>
          </w:hyperlink>
        </w:p>
        <w:p w:rsidR="00667D69" w:rsidRDefault="0006451A">
          <w:pPr>
            <w:pStyle w:val="T1"/>
            <w:tabs>
              <w:tab w:val="left" w:pos="660"/>
              <w:tab w:val="right" w:leader="dot" w:pos="9628"/>
            </w:tabs>
            <w:rPr>
              <w:rFonts w:asciiTheme="minorHAnsi" w:hAnsiTheme="minorHAnsi"/>
              <w:noProof/>
              <w:sz w:val="22"/>
              <w:lang w:val="tr-TR" w:eastAsia="tr-TR"/>
            </w:rPr>
          </w:pPr>
          <w:hyperlink w:anchor="_Toc237421434" w:history="1">
            <w:r w:rsidR="00667D69" w:rsidRPr="002C04D1">
              <w:rPr>
                <w:rStyle w:val="Kpr"/>
                <w:rFonts w:ascii="Times New Roman" w:hAnsi="Times New Roman" w:cs="Times New Roman"/>
                <w:noProof/>
              </w:rPr>
              <w:t>11.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EKLER LİSTESİ</w:t>
            </w:r>
            <w:r w:rsidR="00667D69">
              <w:rPr>
                <w:noProof/>
                <w:webHidden/>
              </w:rPr>
              <w:tab/>
            </w:r>
            <w:r w:rsidR="00667D69">
              <w:rPr>
                <w:noProof/>
                <w:webHidden/>
              </w:rPr>
              <w:fldChar w:fldCharType="begin"/>
            </w:r>
            <w:r w:rsidR="00667D69">
              <w:rPr>
                <w:noProof/>
                <w:webHidden/>
              </w:rPr>
              <w:instrText xml:space="preserve"> PAGEREF _Toc237421434 \h </w:instrText>
            </w:r>
            <w:r w:rsidR="00667D69">
              <w:rPr>
                <w:noProof/>
                <w:webHidden/>
              </w:rPr>
            </w:r>
            <w:r w:rsidR="00667D69">
              <w:rPr>
                <w:noProof/>
                <w:webHidden/>
              </w:rPr>
              <w:fldChar w:fldCharType="separate"/>
            </w:r>
            <w:r w:rsidR="00D4195C">
              <w:rPr>
                <w:noProof/>
                <w:webHidden/>
              </w:rPr>
              <w:t>20</w:t>
            </w:r>
            <w:r w:rsidR="00667D69">
              <w:rPr>
                <w:noProof/>
                <w:webHidden/>
              </w:rPr>
              <w:fldChar w:fldCharType="end"/>
            </w:r>
          </w:hyperlink>
        </w:p>
        <w:p w:rsidR="00667D69" w:rsidRDefault="0006451A">
          <w:pPr>
            <w:pStyle w:val="T1"/>
            <w:tabs>
              <w:tab w:val="left" w:pos="660"/>
              <w:tab w:val="right" w:leader="dot" w:pos="9628"/>
            </w:tabs>
            <w:rPr>
              <w:rFonts w:asciiTheme="minorHAnsi" w:hAnsiTheme="minorHAnsi"/>
              <w:noProof/>
              <w:sz w:val="22"/>
              <w:lang w:val="tr-TR" w:eastAsia="tr-TR"/>
            </w:rPr>
          </w:pPr>
          <w:hyperlink w:anchor="_Toc237421435" w:history="1">
            <w:r w:rsidR="00667D69" w:rsidRPr="002C04D1">
              <w:rPr>
                <w:rStyle w:val="Kpr"/>
                <w:rFonts w:ascii="Times New Roman" w:hAnsi="Times New Roman" w:cs="Times New Roman"/>
                <w:noProof/>
              </w:rPr>
              <w:t>12.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KABUL VE TAAHHÜT BEYANI</w:t>
            </w:r>
            <w:r w:rsidR="00667D69">
              <w:rPr>
                <w:noProof/>
                <w:webHidden/>
              </w:rPr>
              <w:tab/>
            </w:r>
            <w:r w:rsidR="00667D69">
              <w:rPr>
                <w:noProof/>
                <w:webHidden/>
              </w:rPr>
              <w:fldChar w:fldCharType="begin"/>
            </w:r>
            <w:r w:rsidR="00667D69">
              <w:rPr>
                <w:noProof/>
                <w:webHidden/>
              </w:rPr>
              <w:instrText xml:space="preserve"> PAGEREF _Toc237421435 \h </w:instrText>
            </w:r>
            <w:r w:rsidR="00667D69">
              <w:rPr>
                <w:noProof/>
                <w:webHidden/>
              </w:rPr>
            </w:r>
            <w:r w:rsidR="00667D69">
              <w:rPr>
                <w:noProof/>
                <w:webHidden/>
              </w:rPr>
              <w:fldChar w:fldCharType="separate"/>
            </w:r>
            <w:r w:rsidR="00D4195C">
              <w:rPr>
                <w:noProof/>
                <w:webHidden/>
              </w:rPr>
              <w:t>21</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36" w:history="1">
            <w:r w:rsidR="00667D69" w:rsidRPr="002C04D1">
              <w:rPr>
                <w:rStyle w:val="Kpr"/>
                <w:rFonts w:ascii="Times New Roman" w:hAnsi="Times New Roman" w:cs="Times New Roman"/>
                <w:noProof/>
              </w:rPr>
              <w:t>12.1.</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Başvuru Sahibi Kurum</w:t>
            </w:r>
            <w:r w:rsidR="00667D69">
              <w:rPr>
                <w:noProof/>
                <w:webHidden/>
              </w:rPr>
              <w:tab/>
            </w:r>
            <w:r w:rsidR="00667D69">
              <w:rPr>
                <w:noProof/>
                <w:webHidden/>
              </w:rPr>
              <w:fldChar w:fldCharType="begin"/>
            </w:r>
            <w:r w:rsidR="00667D69">
              <w:rPr>
                <w:noProof/>
                <w:webHidden/>
              </w:rPr>
              <w:instrText xml:space="preserve"> PAGEREF _Toc237421436 \h </w:instrText>
            </w:r>
            <w:r w:rsidR="00667D69">
              <w:rPr>
                <w:noProof/>
                <w:webHidden/>
              </w:rPr>
            </w:r>
            <w:r w:rsidR="00667D69">
              <w:rPr>
                <w:noProof/>
                <w:webHidden/>
              </w:rPr>
              <w:fldChar w:fldCharType="separate"/>
            </w:r>
            <w:r w:rsidR="00D4195C">
              <w:rPr>
                <w:noProof/>
                <w:webHidden/>
              </w:rPr>
              <w:t>21</w:t>
            </w:r>
            <w:r w:rsidR="00667D69">
              <w:rPr>
                <w:noProof/>
                <w:webHidden/>
              </w:rPr>
              <w:fldChar w:fldCharType="end"/>
            </w:r>
          </w:hyperlink>
        </w:p>
        <w:p w:rsidR="00667D69" w:rsidRDefault="0006451A">
          <w:pPr>
            <w:pStyle w:val="T2"/>
            <w:tabs>
              <w:tab w:val="left" w:pos="880"/>
              <w:tab w:val="right" w:leader="dot" w:pos="9628"/>
            </w:tabs>
            <w:rPr>
              <w:rFonts w:asciiTheme="minorHAnsi" w:hAnsiTheme="minorHAnsi"/>
              <w:noProof/>
              <w:sz w:val="22"/>
              <w:lang w:val="tr-TR" w:eastAsia="tr-TR"/>
            </w:rPr>
          </w:pPr>
          <w:hyperlink w:anchor="_Toc237421437" w:history="1">
            <w:r w:rsidR="00667D69" w:rsidRPr="002C04D1">
              <w:rPr>
                <w:rStyle w:val="Kpr"/>
                <w:rFonts w:ascii="Times New Roman" w:hAnsi="Times New Roman" w:cs="Times New Roman"/>
                <w:noProof/>
              </w:rPr>
              <w:t>12.2.</w:t>
            </w:r>
            <w:r w:rsidR="00667D69">
              <w:rPr>
                <w:rFonts w:asciiTheme="minorHAnsi" w:hAnsiTheme="minorHAnsi"/>
                <w:noProof/>
                <w:sz w:val="22"/>
                <w:lang w:val="tr-TR" w:eastAsia="tr-TR"/>
              </w:rPr>
              <w:tab/>
            </w:r>
            <w:r w:rsidR="00667D69" w:rsidRPr="002C04D1">
              <w:rPr>
                <w:rStyle w:val="Kpr"/>
                <w:rFonts w:ascii="Times New Roman" w:hAnsi="Times New Roman" w:cs="Times New Roman"/>
                <w:noProof/>
              </w:rPr>
              <w:t>Paydaş Kurum Kabul ve Taahhüdü (Varsa)</w:t>
            </w:r>
            <w:r w:rsidR="00667D69">
              <w:rPr>
                <w:noProof/>
                <w:webHidden/>
              </w:rPr>
              <w:tab/>
            </w:r>
            <w:r w:rsidR="00667D69">
              <w:rPr>
                <w:noProof/>
                <w:webHidden/>
              </w:rPr>
              <w:fldChar w:fldCharType="begin"/>
            </w:r>
            <w:r w:rsidR="00667D69">
              <w:rPr>
                <w:noProof/>
                <w:webHidden/>
              </w:rPr>
              <w:instrText xml:space="preserve"> PAGEREF _Toc237421437 \h </w:instrText>
            </w:r>
            <w:r w:rsidR="00667D69">
              <w:rPr>
                <w:noProof/>
                <w:webHidden/>
              </w:rPr>
            </w:r>
            <w:r w:rsidR="00667D69">
              <w:rPr>
                <w:noProof/>
                <w:webHidden/>
              </w:rPr>
              <w:fldChar w:fldCharType="separate"/>
            </w:r>
            <w:r w:rsidR="00D4195C">
              <w:rPr>
                <w:noProof/>
                <w:webHidden/>
              </w:rPr>
              <w:t>22</w:t>
            </w:r>
            <w:r w:rsidR="00667D69">
              <w:rPr>
                <w:noProof/>
                <w:webHidden/>
              </w:rPr>
              <w:fldChar w:fldCharType="end"/>
            </w:r>
          </w:hyperlink>
        </w:p>
        <w:p w:rsidR="00575BAA" w:rsidRDefault="00575BAA">
          <w:r w:rsidRPr="00317BAF">
            <w:rPr>
              <w:rFonts w:ascii="Times New Roman" w:hAnsi="Times New Roman" w:cs="Times New Roman"/>
              <w:b/>
              <w:bCs/>
              <w:sz w:val="22"/>
            </w:rPr>
            <w:fldChar w:fldCharType="end"/>
          </w:r>
        </w:p>
      </w:sdtContent>
    </w:sdt>
    <w:p w:rsidR="00575BAA" w:rsidRDefault="00575BAA" w:rsidP="00575BAA">
      <w:pPr>
        <w:pStyle w:val="Balk1"/>
        <w:ind w:left="720"/>
        <w:jc w:val="both"/>
        <w:rPr>
          <w:rFonts w:ascii="Times New Roman" w:hAnsi="Times New Roman" w:cs="Times New Roman"/>
          <w:color w:val="C00000"/>
          <w:sz w:val="24"/>
          <w:szCs w:val="24"/>
        </w:rPr>
      </w:pPr>
    </w:p>
    <w:p w:rsidR="00575BAA" w:rsidRDefault="00575BAA" w:rsidP="00575BAA">
      <w:pPr>
        <w:rPr>
          <w:rFonts w:eastAsiaTheme="majorEastAsia"/>
        </w:rPr>
      </w:pPr>
      <w:r>
        <w:br w:type="page"/>
      </w:r>
    </w:p>
    <w:p w:rsidR="00BB77CC" w:rsidRPr="00D536E8" w:rsidRDefault="009848C7" w:rsidP="00D536E8">
      <w:pPr>
        <w:pStyle w:val="Balk1"/>
        <w:spacing w:before="240" w:after="240" w:line="240" w:lineRule="auto"/>
        <w:ind w:left="720"/>
        <w:jc w:val="both"/>
        <w:rPr>
          <w:rFonts w:ascii="Times New Roman" w:hAnsi="Times New Roman" w:cs="Times New Roman"/>
          <w:color w:val="C00000"/>
          <w:sz w:val="24"/>
          <w:szCs w:val="24"/>
        </w:rPr>
      </w:pPr>
      <w:bookmarkStart w:id="1" w:name="_Toc237421403"/>
      <w:r w:rsidRPr="00D536E8">
        <w:rPr>
          <w:rFonts w:ascii="Times New Roman" w:hAnsi="Times New Roman" w:cs="Times New Roman"/>
          <w:color w:val="C00000"/>
          <w:sz w:val="24"/>
          <w:szCs w:val="24"/>
        </w:rPr>
        <w:lastRenderedPageBreak/>
        <w:t>BAŞVURU FORMUNUN DOLDURULMASINA İLİŞKİN AÇIKLAMALAR</w:t>
      </w:r>
      <w:bookmarkEnd w:id="1"/>
    </w:p>
    <w:p w:rsidR="00BB77CC" w:rsidRPr="00D536E8" w:rsidRDefault="009848C7" w:rsidP="00D536E8">
      <w:p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 xml:space="preserve">Bu form, TÜBİTAK </w:t>
      </w:r>
      <w:proofErr w:type="spellStart"/>
      <w:r w:rsidRPr="00D536E8">
        <w:rPr>
          <w:rFonts w:ascii="Times New Roman" w:hAnsi="Times New Roman" w:cs="Times New Roman"/>
          <w:sz w:val="24"/>
          <w:szCs w:val="24"/>
        </w:rPr>
        <w:t>Ulusal</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Gökyüzü</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Gözlem</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Etkinliklerini</w:t>
      </w:r>
      <w:proofErr w:type="spellEnd"/>
      <w:r w:rsidRPr="00D536E8">
        <w:rPr>
          <w:rFonts w:ascii="Times New Roman" w:hAnsi="Times New Roman" w:cs="Times New Roman"/>
          <w:sz w:val="24"/>
          <w:szCs w:val="24"/>
        </w:rPr>
        <w:t xml:space="preserve"> Destekleme Çağrısı kapsamında sunulacak etkinlik önerilerinde bulunması gereken bilgi ve belgeleri kapsayacak şekilde hazırlanmıştır. Form eksiksiz doldurulmalı, kurum/kuruluşu temsile yetkili kişi tarafından ıslak imzayla imzalanmalı, taranarak PDF formatına dönüştürülmeli ve zorunlu ekleriyle birlikte çağrı duyurusunda belirtilen süre içinde başvuru e-posta adresine gönderilmelidir. Islak imzalı aslın </w:t>
      </w:r>
      <w:proofErr w:type="spellStart"/>
      <w:r w:rsidRPr="00D536E8">
        <w:rPr>
          <w:rFonts w:ascii="Times New Roman" w:hAnsi="Times New Roman" w:cs="Times New Roman"/>
          <w:sz w:val="24"/>
          <w:szCs w:val="24"/>
        </w:rPr>
        <w:t>başvuru</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sahibi</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kurum</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tarafından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muhafaza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edilmesi</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ve</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talep</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edilmesi</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hâlinde</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TÜBİTAK’a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sunulması</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gerekir</w:t>
      </w:r>
      <w:proofErr w:type="spellEnd"/>
      <w:r w:rsidRPr="00D536E8">
        <w:rPr>
          <w:rFonts w:ascii="Times New Roman" w:hAnsi="Times New Roman" w:cs="Times New Roman"/>
          <w:sz w:val="24"/>
          <w:szCs w:val="24"/>
        </w:rPr>
        <w:t>.</w:t>
      </w:r>
    </w:p>
    <w:p w:rsidR="00BB77CC" w:rsidRPr="00D536E8" w:rsidRDefault="009848C7" w:rsidP="00D536E8">
      <w:pPr>
        <w:pStyle w:val="ListeMaddemi"/>
        <w:numPr>
          <w:ilvl w:val="0"/>
          <w:numId w:val="11"/>
        </w:numPr>
        <w:spacing w:before="240" w:after="240" w:line="240" w:lineRule="auto"/>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Formda</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yer</w:t>
      </w:r>
      <w:proofErr w:type="spellEnd"/>
      <w:r w:rsidRPr="00D536E8">
        <w:rPr>
          <w:rFonts w:ascii="Times New Roman" w:hAnsi="Times New Roman" w:cs="Times New Roman"/>
          <w:color w:val="1F1F1F"/>
          <w:sz w:val="24"/>
          <w:szCs w:val="24"/>
        </w:rPr>
        <w:t xml:space="preserve"> </w:t>
      </w:r>
      <w:proofErr w:type="spellStart"/>
      <w:proofErr w:type="gramStart"/>
      <w:r w:rsidRPr="00D536E8">
        <w:rPr>
          <w:rFonts w:ascii="Times New Roman" w:hAnsi="Times New Roman" w:cs="Times New Roman"/>
          <w:color w:val="1F1F1F"/>
          <w:sz w:val="24"/>
          <w:szCs w:val="24"/>
        </w:rPr>
        <w:t>alan</w:t>
      </w:r>
      <w:proofErr w:type="spellEnd"/>
      <w:proofErr w:type="gram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yazım</w:t>
      </w:r>
      <w:proofErr w:type="spellEnd"/>
      <w:r w:rsidRPr="00D536E8">
        <w:rPr>
          <w:rFonts w:ascii="Times New Roman" w:hAnsi="Times New Roman" w:cs="Times New Roman"/>
          <w:color w:val="1F1F1F"/>
          <w:sz w:val="24"/>
          <w:szCs w:val="24"/>
        </w:rPr>
        <w:t xml:space="preserve"> alanları ihtiyaç ölçüsünde genişletilebilir; başlıklar ve istenen bilgi kapsamı korunmalıdır.</w:t>
      </w:r>
    </w:p>
    <w:p w:rsidR="00BB77CC" w:rsidRPr="00D536E8" w:rsidRDefault="009848C7" w:rsidP="00D536E8">
      <w:pPr>
        <w:pStyle w:val="ListeMaddemi"/>
        <w:numPr>
          <w:ilvl w:val="0"/>
          <w:numId w:val="11"/>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Başvuru sahibi kurum, sunduğu bütün bilgi ve belgelerin doğruluğundan ve güncelliğinden sorumludur.</w:t>
      </w:r>
    </w:p>
    <w:p w:rsidR="00BB77CC" w:rsidRPr="00D536E8" w:rsidRDefault="009848C7" w:rsidP="00D536E8">
      <w:pPr>
        <w:pStyle w:val="ListeMaddemi"/>
        <w:numPr>
          <w:ilvl w:val="0"/>
          <w:numId w:val="11"/>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Etkinlik alanına ilişkin SQM, Bortle, ufuk açıklığı, rakım ve ışık kirliliği bilgileri ölçüm yöntemi ve mümkünse tarih/saat bilgisiyle sunulmalıdır.</w:t>
      </w:r>
    </w:p>
    <w:p w:rsidR="00BB77CC" w:rsidRPr="00D536E8" w:rsidRDefault="009848C7" w:rsidP="00D536E8">
      <w:pPr>
        <w:pStyle w:val="ListeMaddemi"/>
        <w:numPr>
          <w:ilvl w:val="0"/>
          <w:numId w:val="11"/>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Saatlik program, gözlem hedef listesi, yerleşim planı ve güvenlik/sağlık planı birbiriyle uyumlu hazırlanmalıdır.</w:t>
      </w:r>
    </w:p>
    <w:p w:rsidR="00BB77CC" w:rsidRPr="00D536E8" w:rsidRDefault="009848C7" w:rsidP="00D536E8">
      <w:pPr>
        <w:pStyle w:val="ListeMaddemi"/>
        <w:numPr>
          <w:ilvl w:val="0"/>
          <w:numId w:val="11"/>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TÜBİTAK gerekli gördüğünde ilave bilgi veya belge isteyebilir, revizyon ya da sunum talep edebilir ve etkinlik alanında yerinde veya uzaktan inceleme yapabilir.</w:t>
      </w:r>
    </w:p>
    <w:p w:rsidR="00207CEC" w:rsidRPr="00D536E8" w:rsidRDefault="00316BB8" w:rsidP="00D536E8">
      <w:pPr>
        <w:pStyle w:val="ListeMaddemi"/>
        <w:numPr>
          <w:ilvl w:val="0"/>
          <w:numId w:val="11"/>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Çağrı Açık Çağrı olarak yürütülür. Başvurunun erken yapılması tek başına destek hakkı doğurmaz</w:t>
      </w:r>
      <w:proofErr w:type="gramStart"/>
      <w:r w:rsidRPr="00D536E8">
        <w:rPr>
          <w:rFonts w:ascii="Times New Roman" w:hAnsi="Times New Roman" w:cs="Times New Roman"/>
          <w:sz w:val="24"/>
          <w:szCs w:val="24"/>
        </w:rPr>
        <w:t>;</w:t>
      </w:r>
      <w:proofErr w:type="gramEnd"/>
      <w:r w:rsidRPr="00D536E8">
        <w:rPr>
          <w:rFonts w:ascii="Times New Roman" w:hAnsi="Times New Roman" w:cs="Times New Roman"/>
          <w:sz w:val="24"/>
          <w:szCs w:val="24"/>
        </w:rPr>
        <w:t xml:space="preserve"> başvurular TÜBİTAK’ın değerlendirme ve uygulama planlaması çerçevesinde ele alınır.</w:t>
      </w:r>
    </w:p>
    <w:p w:rsidR="00207CEC" w:rsidRPr="00D536E8" w:rsidRDefault="00316BB8" w:rsidP="00D536E8">
      <w:pPr>
        <w:pStyle w:val="ListeMaddemi"/>
        <w:numPr>
          <w:ilvl w:val="0"/>
          <w:numId w:val="11"/>
        </w:numPr>
        <w:spacing w:before="240" w:after="240" w:line="240" w:lineRule="auto"/>
        <w:jc w:val="both"/>
        <w:rPr>
          <w:rFonts w:ascii="Times New Roman" w:hAnsi="Times New Roman" w:cs="Times New Roman"/>
          <w:sz w:val="24"/>
          <w:szCs w:val="24"/>
        </w:rPr>
      </w:pPr>
      <w:proofErr w:type="spellStart"/>
      <w:r w:rsidRPr="00D536E8">
        <w:rPr>
          <w:rFonts w:ascii="Times New Roman" w:hAnsi="Times New Roman" w:cs="Times New Roman"/>
          <w:sz w:val="24"/>
          <w:szCs w:val="24"/>
        </w:rPr>
        <w:t>Başvurular</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Danışma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ve</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Değerlendirme</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Kurulu</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ile</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kurum</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dışından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görevlendirilebilecek</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bağımsız</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uzman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veya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danışmanlar</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tarafından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bilimsel</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teknik</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ve</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operasyonel</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yönden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incelenebilir</w:t>
      </w:r>
      <w:proofErr w:type="spellEnd"/>
      <w:r w:rsidRPr="00D536E8">
        <w:rPr>
          <w:rFonts w:ascii="Times New Roman" w:hAnsi="Times New Roman" w:cs="Times New Roman"/>
          <w:sz w:val="24"/>
          <w:szCs w:val="24"/>
        </w:rPr>
        <w:t>.</w:t>
      </w:r>
    </w:p>
    <w:p w:rsidR="00207CEC" w:rsidRPr="00D536E8" w:rsidRDefault="00316BB8" w:rsidP="00D536E8">
      <w:pPr>
        <w:pStyle w:val="ListeMaddemi"/>
        <w:numPr>
          <w:ilvl w:val="0"/>
          <w:numId w:val="11"/>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Formda kişisel veri, ticari sır veya değerlendirme için gerekli olmayan hassas bilgiler paylaşılmamalıdır. Sunulan bilgi ve belgeler çağrı değerlendirmesi, izleme ve raporlama süreçlerinde kullanılabilir.</w:t>
      </w:r>
    </w:p>
    <w:p w:rsidR="00BB77CC" w:rsidRPr="00667D69" w:rsidRDefault="00575BAA" w:rsidP="00D536E8">
      <w:pPr>
        <w:pStyle w:val="Balk2"/>
        <w:spacing w:before="240" w:after="240" w:line="240" w:lineRule="auto"/>
        <w:jc w:val="both"/>
        <w:rPr>
          <w:rFonts w:ascii="Times New Roman" w:hAnsi="Times New Roman" w:cs="Times New Roman"/>
          <w:color w:val="000000" w:themeColor="text1"/>
          <w:sz w:val="24"/>
          <w:szCs w:val="24"/>
        </w:rPr>
      </w:pPr>
      <w:bookmarkStart w:id="2" w:name="_Toc237421404"/>
      <w:proofErr w:type="spellStart"/>
      <w:r w:rsidRPr="00667D69">
        <w:rPr>
          <w:rFonts w:ascii="Times New Roman" w:hAnsi="Times New Roman" w:cs="Times New Roman"/>
          <w:color w:val="000000" w:themeColor="text1"/>
          <w:sz w:val="24"/>
          <w:szCs w:val="24"/>
        </w:rPr>
        <w:t>Başvuru</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Süreci</w:t>
      </w:r>
      <w:bookmarkEnd w:id="2"/>
      <w:proofErr w:type="spellEnd"/>
    </w:p>
    <w:p w:rsidR="00BB77CC" w:rsidRPr="00D536E8" w:rsidRDefault="009848C7" w:rsidP="00D536E8">
      <w:pPr>
        <w:spacing w:before="240" w:after="240" w:line="240" w:lineRule="auto"/>
        <w:jc w:val="both"/>
        <w:rPr>
          <w:rFonts w:ascii="Times New Roman" w:hAnsi="Times New Roman" w:cs="Times New Roman"/>
          <w:sz w:val="24"/>
          <w:szCs w:val="24"/>
        </w:rPr>
      </w:pPr>
      <w:proofErr w:type="spellStart"/>
      <w:r w:rsidRPr="00D536E8">
        <w:rPr>
          <w:rFonts w:ascii="Times New Roman" w:hAnsi="Times New Roman" w:cs="Times New Roman"/>
          <w:sz w:val="24"/>
          <w:szCs w:val="24"/>
        </w:rPr>
        <w:t>Başvuru</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sahibi</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kurum</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ıslak</w:t>
      </w:r>
      <w:proofErr w:type="spellEnd"/>
      <w:r w:rsidRPr="00D536E8">
        <w:rPr>
          <w:rFonts w:ascii="Times New Roman" w:hAnsi="Times New Roman" w:cs="Times New Roman"/>
          <w:sz w:val="24"/>
          <w:szCs w:val="24"/>
        </w:rPr>
        <w:t xml:space="preserve"> imzalı Başvuru Formunun taranmış PDF nüshası ile zorunlu ekleri çağrı duyurusunda belirtilen e-posta adresine süresi içinde iletir. Ön inceleme ile bilimsel, teknik ve operasyonel değerlendirme sonucunda başvurunun desteklenmesi, revize edilmesi veya uygun bulunmaması yönünde karar verilebilir. Teknik değerlendirmede </w:t>
      </w:r>
      <w:proofErr w:type="gramStart"/>
      <w:r w:rsidRPr="00D536E8">
        <w:rPr>
          <w:rFonts w:ascii="Times New Roman" w:hAnsi="Times New Roman" w:cs="Times New Roman"/>
          <w:sz w:val="24"/>
          <w:szCs w:val="24"/>
        </w:rPr>
        <w:t>70 ve</w:t>
      </w:r>
      <w:proofErr w:type="gramEnd"/>
      <w:r w:rsidRPr="00D536E8">
        <w:rPr>
          <w:rFonts w:ascii="Times New Roman" w:hAnsi="Times New Roman" w:cs="Times New Roman"/>
          <w:sz w:val="24"/>
          <w:szCs w:val="24"/>
        </w:rPr>
        <w:t xml:space="preserve"> üzeri puan alınması destek hakkı doğurmaz; nihai karar mevcut kaynaklar ve uygulama planlaması dikkate alınarak TÜBİTAK tarafından verilir.</w:t>
      </w:r>
    </w:p>
    <w:p w:rsidR="00BB77CC" w:rsidRPr="00667D69" w:rsidRDefault="00575BAA" w:rsidP="00D536E8">
      <w:pPr>
        <w:pStyle w:val="Balk2"/>
        <w:spacing w:before="240" w:after="240" w:line="240" w:lineRule="auto"/>
        <w:jc w:val="both"/>
        <w:rPr>
          <w:rFonts w:ascii="Times New Roman" w:hAnsi="Times New Roman" w:cs="Times New Roman"/>
          <w:color w:val="000000" w:themeColor="text1"/>
          <w:sz w:val="24"/>
          <w:szCs w:val="24"/>
        </w:rPr>
      </w:pPr>
      <w:bookmarkStart w:id="3" w:name="_Toc237421405"/>
      <w:proofErr w:type="spellStart"/>
      <w:r w:rsidRPr="00667D69">
        <w:rPr>
          <w:rFonts w:ascii="Times New Roman" w:hAnsi="Times New Roman" w:cs="Times New Roman"/>
          <w:color w:val="000000" w:themeColor="text1"/>
          <w:sz w:val="24"/>
          <w:szCs w:val="24"/>
        </w:rPr>
        <w:t>İletişim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Bilgileri</w:t>
      </w:r>
      <w:bookmarkEnd w:id="3"/>
      <w:proofErr w:type="spellEnd"/>
    </w:p>
    <w:tbl>
      <w:tblPr>
        <w:tblStyle w:val="TabloKlavuzu"/>
        <w:tblW w:w="9360" w:type="dxa"/>
        <w:jc w:val="center"/>
        <w:tblLayout w:type="fixed"/>
        <w:tblLook w:val="04A0" w:firstRow="1" w:lastRow="0" w:firstColumn="1" w:lastColumn="0" w:noHBand="0" w:noVBand="1"/>
      </w:tblPr>
      <w:tblGrid>
        <w:gridCol w:w="2300"/>
        <w:gridCol w:w="7060"/>
      </w:tblGrid>
      <w:tr w:rsidR="00BB77CC" w:rsidRPr="00D536E8">
        <w:trPr>
          <w:cantSplit/>
          <w:tblHeader/>
          <w:jc w:val="center"/>
        </w:trPr>
        <w:tc>
          <w:tcPr>
            <w:tcW w:w="23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Birim</w:t>
            </w:r>
            <w:proofErr w:type="spellEnd"/>
          </w:p>
        </w:tc>
        <w:tc>
          <w:tcPr>
            <w:tcW w:w="70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TÜBİTAK Bilim ve Toplum Başkanlığı</w:t>
            </w:r>
          </w:p>
        </w:tc>
      </w:tr>
      <w:tr w:rsidR="00BB77CC" w:rsidRPr="00D536E8">
        <w:trPr>
          <w:cantSplit/>
          <w:jc w:val="center"/>
        </w:trPr>
        <w:tc>
          <w:tcPr>
            <w:tcW w:w="23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Adres</w:t>
            </w:r>
          </w:p>
        </w:tc>
        <w:tc>
          <w:tcPr>
            <w:tcW w:w="70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Tunus Cad. No: 80, 06680 Kavaklıdere Çankaya / ANKARA</w:t>
            </w:r>
          </w:p>
        </w:tc>
      </w:tr>
      <w:tr w:rsidR="00BB77CC" w:rsidRPr="00D536E8">
        <w:trPr>
          <w:cantSplit/>
          <w:jc w:val="center"/>
        </w:trPr>
        <w:tc>
          <w:tcPr>
            <w:tcW w:w="2300" w:type="dxa"/>
            <w:tcMar>
              <w:top w:w="100" w:type="dxa"/>
              <w:left w:w="120" w:type="dxa"/>
              <w:bottom w:w="100" w:type="dxa"/>
              <w:right w:w="120" w:type="dxa"/>
            </w:tcMar>
            <w:vAlign w:val="center"/>
          </w:tcPr>
          <w:p w:rsidR="00207CEC" w:rsidRPr="00D536E8" w:rsidRDefault="00316BB8" w:rsidP="00D536E8">
            <w:pPr>
              <w:spacing w:before="240" w:after="240"/>
              <w:rPr>
                <w:rFonts w:ascii="Times New Roman" w:hAnsi="Times New Roman" w:cs="Times New Roman"/>
                <w:sz w:val="24"/>
                <w:szCs w:val="24"/>
              </w:rPr>
            </w:pPr>
            <w:proofErr w:type="spellStart"/>
            <w:r w:rsidRPr="00D536E8">
              <w:rPr>
                <w:rFonts w:ascii="Times New Roman" w:hAnsi="Times New Roman" w:cs="Times New Roman"/>
                <w:sz w:val="24"/>
                <w:szCs w:val="24"/>
              </w:rPr>
              <w:lastRenderedPageBreak/>
              <w:t>Başvuru</w:t>
            </w:r>
            <w:proofErr w:type="spellEnd"/>
            <w:r w:rsidRPr="00D536E8">
              <w:rPr>
                <w:rFonts w:ascii="Times New Roman" w:hAnsi="Times New Roman" w:cs="Times New Roman"/>
                <w:sz w:val="24"/>
                <w:szCs w:val="24"/>
              </w:rPr>
              <w:t xml:space="preserve"> E-</w:t>
            </w:r>
            <w:proofErr w:type="spellStart"/>
            <w:r w:rsidRPr="00D536E8">
              <w:rPr>
                <w:rFonts w:ascii="Times New Roman" w:hAnsi="Times New Roman" w:cs="Times New Roman"/>
                <w:sz w:val="24"/>
                <w:szCs w:val="24"/>
              </w:rPr>
              <w:t>posta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Adresi</w:t>
            </w:r>
            <w:proofErr w:type="spellEnd"/>
          </w:p>
        </w:tc>
        <w:tc>
          <w:tcPr>
            <w:tcW w:w="7060" w:type="dxa"/>
            <w:tcMar>
              <w:top w:w="100" w:type="dxa"/>
              <w:left w:w="120" w:type="dxa"/>
              <w:bottom w:w="100" w:type="dxa"/>
              <w:right w:w="120" w:type="dxa"/>
            </w:tcMar>
            <w:vAlign w:val="center"/>
          </w:tcPr>
          <w:p w:rsidR="00207CEC" w:rsidRPr="00D536E8" w:rsidRDefault="008D4493" w:rsidP="00D536E8">
            <w:pPr>
              <w:spacing w:before="240" w:after="240"/>
              <w:jc w:val="both"/>
              <w:rPr>
                <w:rFonts w:ascii="Times New Roman" w:hAnsi="Times New Roman" w:cs="Times New Roman"/>
                <w:sz w:val="24"/>
                <w:szCs w:val="24"/>
              </w:rPr>
            </w:pPr>
            <w:hyperlink r:id="rId9" w:tgtFrame="_blank" w:history="1">
              <w:r w:rsidRPr="00313734">
                <w:rPr>
                  <w:rStyle w:val="Kpr"/>
                  <w:rFonts w:ascii="Times New Roman" w:hAnsi="Times New Roman" w:cs="Times New Roman"/>
                  <w:color w:val="00648F"/>
                  <w:sz w:val="24"/>
                </w:rPr>
                <w:t>gokyuzugozlemdestegi@tubitak.gov.tr</w:t>
              </w:r>
            </w:hyperlink>
          </w:p>
        </w:tc>
      </w:tr>
      <w:tr w:rsidR="00BB77CC" w:rsidRPr="00D536E8">
        <w:trPr>
          <w:cantSplit/>
          <w:jc w:val="center"/>
        </w:trPr>
        <w:tc>
          <w:tcPr>
            <w:tcW w:w="2300" w:type="dxa"/>
            <w:tcMar>
              <w:top w:w="100" w:type="dxa"/>
              <w:left w:w="120" w:type="dxa"/>
              <w:bottom w:w="100" w:type="dxa"/>
              <w:right w:w="120" w:type="dxa"/>
            </w:tcMar>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Çağrı ve Başvuru Formu İnternet Adresi</w:t>
            </w:r>
          </w:p>
        </w:tc>
        <w:tc>
          <w:tcPr>
            <w:tcW w:w="7060" w:type="dxa"/>
            <w:tcMar>
              <w:top w:w="100" w:type="dxa"/>
              <w:left w:w="120" w:type="dxa"/>
              <w:bottom w:w="100" w:type="dxa"/>
              <w:right w:w="120" w:type="dxa"/>
            </w:tcMar>
            <w:vAlign w:val="center"/>
          </w:tcPr>
          <w:p w:rsidR="00207CEC" w:rsidRPr="00D536E8" w:rsidRDefault="008D4493" w:rsidP="00D536E8">
            <w:pPr>
              <w:spacing w:before="240" w:after="240"/>
              <w:jc w:val="both"/>
              <w:rPr>
                <w:rFonts w:ascii="Times New Roman" w:hAnsi="Times New Roman" w:cs="Times New Roman"/>
                <w:sz w:val="24"/>
                <w:szCs w:val="24"/>
              </w:rPr>
            </w:pPr>
            <w:hyperlink r:id="rId10" w:tgtFrame="_blank" w:history="1">
              <w:r w:rsidRPr="00313734">
                <w:rPr>
                  <w:rStyle w:val="Kpr"/>
                  <w:rFonts w:ascii="Times New Roman" w:hAnsi="Times New Roman" w:cs="Times New Roman"/>
                  <w:color w:val="004461"/>
                  <w:sz w:val="24"/>
                  <w:shd w:val="clear" w:color="auto" w:fill="FDFDFD"/>
                </w:rPr>
                <w:t>https://tubitak.gov.tr/ggedestek</w:t>
              </w:r>
            </w:hyperlink>
          </w:p>
        </w:tc>
      </w:tr>
      <w:tr w:rsidR="00207CEC" w:rsidRPr="00D536E8">
        <w:trPr>
          <w:cantSplit/>
          <w:jc w:val="center"/>
        </w:trPr>
        <w:tc>
          <w:tcPr>
            <w:tcW w:w="23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Tüm Duyurular ve Bildirimler</w:t>
            </w:r>
          </w:p>
        </w:tc>
        <w:tc>
          <w:tcPr>
            <w:tcW w:w="7060" w:type="dxa"/>
            <w:vAlign w:val="center"/>
          </w:tcPr>
          <w:p w:rsidR="00207CEC" w:rsidRPr="00D536E8" w:rsidRDefault="008D4493" w:rsidP="00D536E8">
            <w:pPr>
              <w:spacing w:before="240" w:after="240"/>
              <w:jc w:val="both"/>
              <w:rPr>
                <w:rFonts w:ascii="Times New Roman" w:hAnsi="Times New Roman" w:cs="Times New Roman"/>
                <w:sz w:val="24"/>
                <w:szCs w:val="24"/>
              </w:rPr>
            </w:pPr>
            <w:hyperlink r:id="rId11" w:tgtFrame="_blank" w:history="1">
              <w:r w:rsidRPr="00313734">
                <w:rPr>
                  <w:rStyle w:val="Kpr"/>
                  <w:rFonts w:ascii="Times New Roman" w:hAnsi="Times New Roman" w:cs="Times New Roman"/>
                  <w:color w:val="004461"/>
                  <w:sz w:val="24"/>
                  <w:shd w:val="clear" w:color="auto" w:fill="FDFDFD"/>
                </w:rPr>
                <w:t>https://tubitak.gov.tr/ggedestek</w:t>
              </w:r>
            </w:hyperlink>
          </w:p>
        </w:tc>
      </w:tr>
    </w:tbl>
    <w:p w:rsidR="00BB77CC" w:rsidRPr="00D536E8" w:rsidRDefault="00BB77CC" w:rsidP="00D536E8">
      <w:pPr>
        <w:spacing w:before="240" w:after="240" w:line="240" w:lineRule="auto"/>
        <w:jc w:val="both"/>
        <w:rPr>
          <w:rFonts w:ascii="Times New Roman" w:hAnsi="Times New Roman" w:cs="Times New Roman"/>
          <w:sz w:val="24"/>
          <w:szCs w:val="24"/>
        </w:rPr>
      </w:pPr>
    </w:p>
    <w:p w:rsidR="00BB77CC" w:rsidRPr="00D536E8" w:rsidRDefault="009848C7" w:rsidP="00D536E8">
      <w:pPr>
        <w:pStyle w:val="Balk1"/>
        <w:numPr>
          <w:ilvl w:val="0"/>
          <w:numId w:val="13"/>
        </w:numPr>
        <w:spacing w:before="240" w:after="240" w:line="240" w:lineRule="auto"/>
        <w:jc w:val="both"/>
        <w:rPr>
          <w:rFonts w:ascii="Times New Roman" w:hAnsi="Times New Roman" w:cs="Times New Roman"/>
          <w:color w:val="C00000"/>
          <w:sz w:val="24"/>
          <w:szCs w:val="24"/>
        </w:rPr>
      </w:pPr>
      <w:bookmarkStart w:id="4" w:name="_Toc237421406"/>
      <w:r w:rsidRPr="00D536E8">
        <w:rPr>
          <w:rFonts w:ascii="Times New Roman" w:hAnsi="Times New Roman" w:cs="Times New Roman"/>
          <w:color w:val="C00000"/>
          <w:sz w:val="24"/>
          <w:szCs w:val="24"/>
        </w:rPr>
        <w:t>BAŞVURU VE KURUM BİLGİLERİ</w:t>
      </w:r>
      <w:bookmarkEnd w:id="4"/>
    </w:p>
    <w:p w:rsidR="00D536E8" w:rsidRPr="00667D69" w:rsidRDefault="00D536E8"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5" w:name="_Toc237421407"/>
      <w:proofErr w:type="spellStart"/>
      <w:r w:rsidRPr="00667D69">
        <w:rPr>
          <w:rFonts w:ascii="Times New Roman" w:hAnsi="Times New Roman" w:cs="Times New Roman"/>
          <w:color w:val="000000" w:themeColor="text1"/>
          <w:sz w:val="24"/>
          <w:szCs w:val="24"/>
        </w:rPr>
        <w:t>Başvuru</w:t>
      </w:r>
      <w:bookmarkEnd w:id="5"/>
      <w:proofErr w:type="spellEnd"/>
    </w:p>
    <w:tbl>
      <w:tblPr>
        <w:tblStyle w:val="TabloKlavuzu"/>
        <w:tblW w:w="9360" w:type="dxa"/>
        <w:jc w:val="center"/>
        <w:tblLayout w:type="fixed"/>
        <w:tblLook w:val="04A0" w:firstRow="1" w:lastRow="0" w:firstColumn="1" w:lastColumn="0" w:noHBand="0" w:noVBand="1"/>
      </w:tblPr>
      <w:tblGrid>
        <w:gridCol w:w="2000"/>
        <w:gridCol w:w="2680"/>
        <w:gridCol w:w="2000"/>
        <w:gridCol w:w="2680"/>
      </w:tblGrid>
      <w:tr w:rsidR="00BB77CC" w:rsidRPr="00D536E8">
        <w:trPr>
          <w:cantSplit/>
          <w:tblHeader/>
          <w:jc w:val="center"/>
        </w:trPr>
        <w:tc>
          <w:tcPr>
            <w:tcW w:w="20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Başvuru</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Kayıt</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Tarihi</w:t>
            </w:r>
            <w:proofErr w:type="spellEnd"/>
          </w:p>
        </w:tc>
        <w:tc>
          <w:tcPr>
            <w:tcW w:w="2680" w:type="dxa"/>
            <w:tcMar>
              <w:top w:w="100" w:type="dxa"/>
              <w:left w:w="120" w:type="dxa"/>
              <w:bottom w:w="100" w:type="dxa"/>
              <w:right w:w="120" w:type="dxa"/>
            </w:tcMar>
            <w:vAlign w:val="center"/>
          </w:tcPr>
          <w:p w:rsidR="00BB77CC" w:rsidRPr="00D536E8" w:rsidRDefault="00BB77CC" w:rsidP="00D536E8">
            <w:pPr>
              <w:spacing w:before="240" w:after="240"/>
              <w:jc w:val="center"/>
              <w:rPr>
                <w:rFonts w:ascii="Times New Roman" w:hAnsi="Times New Roman" w:cs="Times New Roman"/>
                <w:sz w:val="24"/>
                <w:szCs w:val="24"/>
              </w:rPr>
            </w:pPr>
          </w:p>
        </w:tc>
        <w:tc>
          <w:tcPr>
            <w:tcW w:w="20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Başvuru / Proje No</w:t>
            </w:r>
          </w:p>
        </w:tc>
        <w:tc>
          <w:tcPr>
            <w:tcW w:w="2680" w:type="dxa"/>
            <w:tcMar>
              <w:top w:w="100" w:type="dxa"/>
              <w:left w:w="120" w:type="dxa"/>
              <w:bottom w:w="100" w:type="dxa"/>
              <w:right w:w="120" w:type="dxa"/>
            </w:tcMar>
            <w:vAlign w:val="center"/>
          </w:tcPr>
          <w:p w:rsidR="00BB77CC" w:rsidRPr="00D536E8" w:rsidRDefault="00BB77CC" w:rsidP="00D536E8">
            <w:pPr>
              <w:spacing w:before="240" w:after="240"/>
              <w:jc w:val="center"/>
              <w:rPr>
                <w:rFonts w:ascii="Times New Roman" w:hAnsi="Times New Roman" w:cs="Times New Roman"/>
                <w:sz w:val="24"/>
                <w:szCs w:val="24"/>
              </w:rPr>
            </w:pPr>
          </w:p>
        </w:tc>
      </w:tr>
      <w:tr w:rsidR="00BB77CC" w:rsidRPr="00D536E8">
        <w:trPr>
          <w:cantSplit/>
          <w:jc w:val="center"/>
        </w:trPr>
        <w:tc>
          <w:tcPr>
            <w:tcW w:w="20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(Bu bölüm TÜBİTAK tarafından doldurulacaktır.)</w:t>
            </w:r>
          </w:p>
        </w:tc>
        <w:tc>
          <w:tcPr>
            <w:tcW w:w="2680" w:type="dxa"/>
            <w:tcMar>
              <w:top w:w="100" w:type="dxa"/>
              <w:left w:w="120" w:type="dxa"/>
              <w:bottom w:w="100" w:type="dxa"/>
              <w:right w:w="120" w:type="dxa"/>
            </w:tcMar>
            <w:vAlign w:val="center"/>
          </w:tcPr>
          <w:p w:rsidR="00BB77CC" w:rsidRPr="00D536E8" w:rsidRDefault="00BB77CC" w:rsidP="00D536E8">
            <w:pPr>
              <w:spacing w:before="240" w:after="240"/>
              <w:jc w:val="center"/>
              <w:rPr>
                <w:rFonts w:ascii="Times New Roman" w:hAnsi="Times New Roman" w:cs="Times New Roman"/>
                <w:sz w:val="24"/>
                <w:szCs w:val="24"/>
              </w:rPr>
            </w:pPr>
          </w:p>
        </w:tc>
        <w:tc>
          <w:tcPr>
            <w:tcW w:w="2000" w:type="dxa"/>
            <w:tcMar>
              <w:top w:w="100" w:type="dxa"/>
              <w:left w:w="120" w:type="dxa"/>
              <w:bottom w:w="100" w:type="dxa"/>
              <w:right w:w="120" w:type="dxa"/>
            </w:tcMar>
            <w:vAlign w:val="center"/>
          </w:tcPr>
          <w:p w:rsidR="00BB77CC" w:rsidRPr="00D536E8" w:rsidRDefault="00BB77CC" w:rsidP="00D536E8">
            <w:pPr>
              <w:spacing w:before="240" w:after="240"/>
              <w:rPr>
                <w:rFonts w:ascii="Times New Roman" w:hAnsi="Times New Roman" w:cs="Times New Roman"/>
                <w:sz w:val="24"/>
                <w:szCs w:val="24"/>
              </w:rPr>
            </w:pPr>
          </w:p>
        </w:tc>
        <w:tc>
          <w:tcPr>
            <w:tcW w:w="2680" w:type="dxa"/>
            <w:tcMar>
              <w:top w:w="100" w:type="dxa"/>
              <w:left w:w="120" w:type="dxa"/>
              <w:bottom w:w="100" w:type="dxa"/>
              <w:right w:w="120" w:type="dxa"/>
            </w:tcMar>
            <w:vAlign w:val="center"/>
          </w:tcPr>
          <w:p w:rsidR="00BB77CC" w:rsidRPr="00D536E8" w:rsidRDefault="00BB77CC" w:rsidP="00D536E8">
            <w:pPr>
              <w:spacing w:before="240" w:after="240"/>
              <w:jc w:val="center"/>
              <w:rPr>
                <w:rFonts w:ascii="Times New Roman" w:hAnsi="Times New Roman" w:cs="Times New Roman"/>
                <w:sz w:val="24"/>
                <w:szCs w:val="24"/>
              </w:rPr>
            </w:pPr>
          </w:p>
        </w:tc>
      </w:tr>
      <w:tr w:rsidR="00207CEC" w:rsidRPr="00D536E8">
        <w:trPr>
          <w:cantSplit/>
          <w:jc w:val="center"/>
        </w:trPr>
        <w:tc>
          <w:tcPr>
            <w:tcW w:w="20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Çağrı Türü</w:t>
            </w:r>
          </w:p>
        </w:tc>
        <w:tc>
          <w:tcPr>
            <w:tcW w:w="2680" w:type="dxa"/>
            <w:vAlign w:val="center"/>
          </w:tcPr>
          <w:p w:rsidR="00207CEC" w:rsidRPr="00D536E8" w:rsidRDefault="00316BB8" w:rsidP="00D536E8">
            <w:pPr>
              <w:spacing w:before="240" w:after="240"/>
              <w:jc w:val="center"/>
              <w:rPr>
                <w:rFonts w:ascii="Times New Roman" w:hAnsi="Times New Roman" w:cs="Times New Roman"/>
                <w:sz w:val="24"/>
                <w:szCs w:val="24"/>
              </w:rPr>
            </w:pPr>
            <w:r w:rsidRPr="00D536E8">
              <w:rPr>
                <w:rFonts w:ascii="Times New Roman" w:hAnsi="Times New Roman" w:cs="Times New Roman"/>
                <w:sz w:val="24"/>
                <w:szCs w:val="24"/>
              </w:rPr>
              <w:t>Açık Çağrı</w:t>
            </w:r>
          </w:p>
        </w:tc>
        <w:tc>
          <w:tcPr>
            <w:tcW w:w="20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Başvurunun Ulaştığı E-posta Tarihi/Saati</w:t>
            </w:r>
          </w:p>
        </w:tc>
        <w:tc>
          <w:tcPr>
            <w:tcW w:w="2680" w:type="dxa"/>
            <w:vAlign w:val="center"/>
          </w:tcPr>
          <w:p w:rsidR="00207CEC" w:rsidRPr="00D536E8" w:rsidRDefault="00207CEC" w:rsidP="00D536E8">
            <w:pPr>
              <w:spacing w:before="240" w:after="240"/>
              <w:jc w:val="center"/>
              <w:rPr>
                <w:rFonts w:ascii="Times New Roman" w:hAnsi="Times New Roman" w:cs="Times New Roman"/>
                <w:sz w:val="24"/>
                <w:szCs w:val="24"/>
              </w:rPr>
            </w:pPr>
          </w:p>
        </w:tc>
      </w:tr>
    </w:tbl>
    <w:p w:rsidR="00D536E8" w:rsidRPr="00667D69" w:rsidRDefault="00D536E8"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6" w:name="_Toc237421408"/>
      <w:proofErr w:type="spellStart"/>
      <w:r w:rsidRPr="00667D69">
        <w:rPr>
          <w:rFonts w:ascii="Times New Roman" w:hAnsi="Times New Roman" w:cs="Times New Roman"/>
          <w:color w:val="000000" w:themeColor="text1"/>
          <w:sz w:val="24"/>
          <w:szCs w:val="24"/>
        </w:rPr>
        <w:t>Kurum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Bilgileri</w:t>
      </w:r>
      <w:bookmarkEnd w:id="6"/>
      <w:proofErr w:type="spellEnd"/>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Başvuru Sahibi Kurum</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lastRenderedPageBreak/>
              <w:t>Kurum Türü</w:t>
            </w:r>
          </w:p>
        </w:tc>
        <w:tc>
          <w:tcPr>
            <w:tcW w:w="6660" w:type="dxa"/>
            <w:tcMar>
              <w:top w:w="100" w:type="dxa"/>
              <w:left w:w="120" w:type="dxa"/>
              <w:bottom w:w="100" w:type="dxa"/>
              <w:right w:w="120" w:type="dxa"/>
            </w:tcMar>
            <w:vAlign w:val="center"/>
          </w:tcPr>
          <w:p w:rsidR="00BB77CC" w:rsidRPr="00D536E8" w:rsidRDefault="009848C7" w:rsidP="00D536E8">
            <w:pPr>
              <w:spacing w:before="240" w:after="240"/>
              <w:jc w:val="center"/>
              <w:rPr>
                <w:rFonts w:ascii="Times New Roman" w:hAnsi="Times New Roman" w:cs="Times New Roman"/>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Üniversite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Valilik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Belediye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Bilim Merkezi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Diğer: ……………</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Kurumun Açık Adresi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KEP Adresi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Telefon</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Kurumsal E-posta</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Kurum Üst Yöneticisi / Yetkilisi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Görevi / Ünvanı</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Başvuruyu Takip Edecek Kişi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İş / Cep Telefonu</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E-posta*</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207CEC" w:rsidRPr="00D536E8">
        <w:trPr>
          <w:cantSplit/>
          <w:jc w:val="center"/>
        </w:trPr>
        <w:tc>
          <w:tcPr>
            <w:tcW w:w="2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Sunum / Revizyon İçin İrtibat Kişisi</w:t>
            </w:r>
          </w:p>
        </w:tc>
        <w:tc>
          <w:tcPr>
            <w:tcW w:w="6660" w:type="dxa"/>
            <w:vAlign w:val="center"/>
          </w:tcPr>
          <w:p w:rsidR="00207CEC" w:rsidRPr="00D536E8" w:rsidRDefault="00316BB8" w:rsidP="00D536E8">
            <w:pPr>
              <w:spacing w:before="240" w:after="240"/>
              <w:jc w:val="center"/>
              <w:rPr>
                <w:rFonts w:ascii="Times New Roman" w:hAnsi="Times New Roman" w:cs="Times New Roman"/>
                <w:sz w:val="24"/>
                <w:szCs w:val="24"/>
              </w:rPr>
            </w:pPr>
            <w:r w:rsidRPr="00D536E8">
              <w:rPr>
                <w:rFonts w:ascii="Times New Roman" w:hAnsi="Times New Roman" w:cs="Times New Roman"/>
                <w:sz w:val="24"/>
                <w:szCs w:val="24"/>
              </w:rPr>
              <w:t>Ad Soyad / Ünvan / Telefon / E-posta:</w:t>
            </w:r>
          </w:p>
        </w:tc>
      </w:tr>
    </w:tbl>
    <w:p w:rsidR="00BB77CC" w:rsidRPr="00D536E8" w:rsidRDefault="009848C7" w:rsidP="00D536E8">
      <w:pPr>
        <w:spacing w:before="240" w:after="240" w:line="240" w:lineRule="auto"/>
        <w:jc w:val="both"/>
        <w:rPr>
          <w:rFonts w:ascii="Times New Roman" w:hAnsi="Times New Roman" w:cs="Times New Roman"/>
          <w:i/>
          <w:color w:val="666666"/>
          <w:sz w:val="22"/>
          <w:szCs w:val="24"/>
        </w:rPr>
      </w:pPr>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İletişim</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için</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düzenli</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olarak</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takip</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edilen</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kurumsal</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bir</w:t>
      </w:r>
      <w:proofErr w:type="spellEnd"/>
      <w:r w:rsidRPr="00D536E8">
        <w:rPr>
          <w:rFonts w:ascii="Times New Roman" w:hAnsi="Times New Roman" w:cs="Times New Roman"/>
          <w:i/>
          <w:color w:val="666666"/>
          <w:sz w:val="22"/>
          <w:szCs w:val="24"/>
        </w:rPr>
        <w:t xml:space="preserve"> e-</w:t>
      </w:r>
      <w:proofErr w:type="spellStart"/>
      <w:r w:rsidRPr="00D536E8">
        <w:rPr>
          <w:rFonts w:ascii="Times New Roman" w:hAnsi="Times New Roman" w:cs="Times New Roman"/>
          <w:i/>
          <w:color w:val="666666"/>
          <w:sz w:val="22"/>
          <w:szCs w:val="24"/>
        </w:rPr>
        <w:t>posta</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adresi</w:t>
      </w:r>
      <w:proofErr w:type="spellEnd"/>
      <w:r w:rsidRPr="00D536E8">
        <w:rPr>
          <w:rFonts w:ascii="Times New Roman" w:hAnsi="Times New Roman" w:cs="Times New Roman"/>
          <w:i/>
          <w:color w:val="666666"/>
          <w:sz w:val="22"/>
          <w:szCs w:val="24"/>
        </w:rPr>
        <w:t xml:space="preserve"> </w:t>
      </w:r>
      <w:proofErr w:type="spellStart"/>
      <w:r w:rsidRPr="00D536E8">
        <w:rPr>
          <w:rFonts w:ascii="Times New Roman" w:hAnsi="Times New Roman" w:cs="Times New Roman"/>
          <w:i/>
          <w:color w:val="666666"/>
          <w:sz w:val="22"/>
          <w:szCs w:val="24"/>
        </w:rPr>
        <w:t>yazılmalıdır</w:t>
      </w:r>
      <w:proofErr w:type="spellEnd"/>
      <w:r w:rsidRPr="00D536E8">
        <w:rPr>
          <w:rFonts w:ascii="Times New Roman" w:hAnsi="Times New Roman" w:cs="Times New Roman"/>
          <w:i/>
          <w:color w:val="666666"/>
          <w:sz w:val="22"/>
          <w:szCs w:val="24"/>
        </w:rPr>
        <w:t>.</w:t>
      </w:r>
    </w:p>
    <w:p w:rsidR="00BB77CC" w:rsidRPr="00667D69" w:rsidRDefault="009848C7"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7" w:name="_Toc237421409"/>
      <w:proofErr w:type="spellStart"/>
      <w:r w:rsidRPr="00667D69">
        <w:rPr>
          <w:rFonts w:ascii="Times New Roman" w:hAnsi="Times New Roman" w:cs="Times New Roman"/>
          <w:color w:val="000000" w:themeColor="text1"/>
          <w:sz w:val="24"/>
          <w:szCs w:val="24"/>
        </w:rPr>
        <w:lastRenderedPageBreak/>
        <w:t>Paydaş</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Kurum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Bilgileri</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Varsa</w:t>
      </w:r>
      <w:proofErr w:type="spellEnd"/>
      <w:r w:rsidRPr="00667D69">
        <w:rPr>
          <w:rFonts w:ascii="Times New Roman" w:hAnsi="Times New Roman" w:cs="Times New Roman"/>
          <w:color w:val="000000" w:themeColor="text1"/>
          <w:sz w:val="24"/>
          <w:szCs w:val="24"/>
        </w:rPr>
        <w:t>)</w:t>
      </w:r>
      <w:bookmarkEnd w:id="7"/>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Paydaş Kurum/Kuruluş</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Adres ve İletişim Bilgileri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Yetkili Kişi / Ünvanı</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İş Birliğinin Kapsamı</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8" w:name="_Toc237421410"/>
      <w:r w:rsidRPr="00D536E8">
        <w:rPr>
          <w:rFonts w:ascii="Times New Roman" w:hAnsi="Times New Roman" w:cs="Times New Roman"/>
          <w:color w:val="C00000"/>
          <w:sz w:val="24"/>
          <w:szCs w:val="24"/>
        </w:rPr>
        <w:t>ETKİNLİK ÖZETİ</w:t>
      </w:r>
      <w:bookmarkEnd w:id="8"/>
    </w:p>
    <w:p w:rsidR="00D536E8" w:rsidRPr="00667D69" w:rsidRDefault="00667D69" w:rsidP="00D536E8">
      <w:pPr>
        <w:pStyle w:val="Balk2"/>
        <w:numPr>
          <w:ilvl w:val="1"/>
          <w:numId w:val="13"/>
        </w:numPr>
        <w:spacing w:before="240" w:after="24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9" w:name="_Toc237421411"/>
      <w:proofErr w:type="spellStart"/>
      <w:r w:rsidR="00D536E8" w:rsidRPr="00667D69">
        <w:rPr>
          <w:rFonts w:ascii="Times New Roman" w:hAnsi="Times New Roman" w:cs="Times New Roman"/>
          <w:color w:val="000000" w:themeColor="text1"/>
          <w:sz w:val="24"/>
          <w:szCs w:val="24"/>
        </w:rPr>
        <w:t>Etkinlik</w:t>
      </w:r>
      <w:proofErr w:type="spellEnd"/>
      <w:r w:rsidR="00D536E8" w:rsidRPr="00667D69">
        <w:rPr>
          <w:rFonts w:ascii="Times New Roman" w:hAnsi="Times New Roman" w:cs="Times New Roman"/>
          <w:color w:val="000000" w:themeColor="text1"/>
          <w:sz w:val="24"/>
          <w:szCs w:val="24"/>
        </w:rPr>
        <w:t xml:space="preserve"> </w:t>
      </w:r>
      <w:proofErr w:type="spellStart"/>
      <w:r w:rsidR="00D536E8" w:rsidRPr="00667D69">
        <w:rPr>
          <w:rFonts w:ascii="Times New Roman" w:hAnsi="Times New Roman" w:cs="Times New Roman"/>
          <w:color w:val="000000" w:themeColor="text1"/>
          <w:sz w:val="24"/>
          <w:szCs w:val="24"/>
        </w:rPr>
        <w:t>Bilgileri</w:t>
      </w:r>
      <w:bookmarkEnd w:id="9"/>
      <w:proofErr w:type="spellEnd"/>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Etkinlik Adı</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Etkinlik Yeri ve Açık Adresi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İl / İlçe</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Etkinlik Tarihi ve Süresi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Beklenen Katılımcı Sayısı</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Hedef Kitle</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207CEC" w:rsidRPr="00D536E8">
        <w:trPr>
          <w:cantSplit/>
          <w:jc w:val="center"/>
        </w:trPr>
        <w:tc>
          <w:tcPr>
            <w:tcW w:w="2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lastRenderedPageBreak/>
              <w:t>Alternatif Etkinlik Tarihi/Tarihleri</w:t>
            </w:r>
          </w:p>
        </w:tc>
        <w:tc>
          <w:tcPr>
            <w:tcW w:w="6660" w:type="dxa"/>
            <w:vAlign w:val="center"/>
          </w:tcPr>
          <w:p w:rsidR="00207CEC" w:rsidRPr="00D536E8" w:rsidRDefault="00207CEC" w:rsidP="00D536E8">
            <w:pPr>
              <w:spacing w:before="240" w:after="240"/>
              <w:jc w:val="both"/>
              <w:rPr>
                <w:rFonts w:ascii="Times New Roman" w:hAnsi="Times New Roman" w:cs="Times New Roman"/>
                <w:sz w:val="24"/>
                <w:szCs w:val="24"/>
              </w:rPr>
            </w:pPr>
          </w:p>
        </w:tc>
      </w:tr>
      <w:tr w:rsidR="00207CEC" w:rsidRPr="00D536E8">
        <w:trPr>
          <w:cantSplit/>
          <w:jc w:val="center"/>
        </w:trPr>
        <w:tc>
          <w:tcPr>
            <w:tcW w:w="2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Başvuru Tarihi ile Planlanan Etkinlik Arasındaki Süre</w:t>
            </w:r>
          </w:p>
        </w:tc>
        <w:tc>
          <w:tcPr>
            <w:tcW w:w="6660"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 gün</w:t>
            </w:r>
          </w:p>
        </w:tc>
      </w:tr>
      <w:tr w:rsidR="00207CEC" w:rsidRPr="00D536E8">
        <w:trPr>
          <w:cantSplit/>
          <w:jc w:val="center"/>
        </w:trPr>
        <w:tc>
          <w:tcPr>
            <w:tcW w:w="2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Etkinliğin Ertelenmesi Hâlinde Uygulanacak Plan</w:t>
            </w:r>
          </w:p>
        </w:tc>
        <w:tc>
          <w:tcPr>
            <w:tcW w:w="6660" w:type="dxa"/>
            <w:vAlign w:val="center"/>
          </w:tcPr>
          <w:p w:rsidR="00207CEC" w:rsidRPr="00D536E8" w:rsidRDefault="00207CEC" w:rsidP="00D536E8">
            <w:pPr>
              <w:spacing w:before="240" w:after="240"/>
              <w:jc w:val="both"/>
              <w:rPr>
                <w:rFonts w:ascii="Times New Roman" w:hAnsi="Times New Roman" w:cs="Times New Roman"/>
                <w:sz w:val="24"/>
                <w:szCs w:val="24"/>
              </w:rPr>
            </w:pPr>
          </w:p>
        </w:tc>
      </w:tr>
    </w:tbl>
    <w:p w:rsidR="00BB77CC" w:rsidRPr="00667D69" w:rsidRDefault="009848C7"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0" w:name="_Toc237421412"/>
      <w:proofErr w:type="spellStart"/>
      <w:r w:rsidRPr="00667D69">
        <w:rPr>
          <w:rFonts w:ascii="Times New Roman" w:hAnsi="Times New Roman" w:cs="Times New Roman"/>
          <w:color w:val="000000" w:themeColor="text1"/>
          <w:sz w:val="24"/>
          <w:szCs w:val="24"/>
        </w:rPr>
        <w:t>Etkinliğin</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Amacı</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Kısa</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Özeti</w:t>
      </w:r>
      <w:bookmarkEnd w:id="10"/>
      <w:proofErr w:type="spellEnd"/>
    </w:p>
    <w:tbl>
      <w:tblPr>
        <w:tblStyle w:val="TabloKlavuzu"/>
        <w:tblW w:w="9360" w:type="dxa"/>
        <w:jc w:val="center"/>
        <w:tblLayout w:type="fixed"/>
        <w:tblLook w:val="04A0" w:firstRow="1" w:lastRow="0" w:firstColumn="1" w:lastColumn="0" w:noHBand="0" w:noVBand="1"/>
      </w:tblPr>
      <w:tblGrid>
        <w:gridCol w:w="9360"/>
      </w:tblGrid>
      <w:tr w:rsidR="00BB77CC" w:rsidRPr="00D536E8">
        <w:trPr>
          <w:cantSplit/>
          <w:tblHeader/>
          <w:jc w:val="center"/>
        </w:trPr>
        <w:tc>
          <w:tcPr>
            <w:tcW w:w="93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Etkinliğin</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toplumda</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astronomi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uzay bilimleri farkındalığına, bilimsel gözlem kültürüne ve hedef kitlenin katılımına sağlayacağı katkı açıklanmalıdır.</w:t>
            </w:r>
          </w:p>
        </w:tc>
      </w:tr>
      <w:tr w:rsidR="00BB77CC" w:rsidRPr="00D536E8">
        <w:trPr>
          <w:cantSplit/>
          <w:jc w:val="center"/>
        </w:trPr>
        <w:tc>
          <w:tcPr>
            <w:tcW w:w="93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p>
        </w:tc>
      </w:tr>
    </w:tbl>
    <w:p w:rsidR="00BB77CC" w:rsidRPr="00667D69" w:rsidRDefault="009848C7"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1" w:name="_Toc237421413"/>
      <w:proofErr w:type="spellStart"/>
      <w:r w:rsidRPr="00667D69">
        <w:rPr>
          <w:rFonts w:ascii="Times New Roman" w:hAnsi="Times New Roman" w:cs="Times New Roman"/>
          <w:color w:val="000000" w:themeColor="text1"/>
          <w:sz w:val="24"/>
          <w:szCs w:val="24"/>
        </w:rPr>
        <w:t>İş</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Paketleri</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Sorumluluklar</w:t>
      </w:r>
      <w:bookmarkEnd w:id="11"/>
      <w:proofErr w:type="spellEnd"/>
    </w:p>
    <w:tbl>
      <w:tblPr>
        <w:tblStyle w:val="TabloKlavuzu"/>
        <w:tblW w:w="7860" w:type="dxa"/>
        <w:jc w:val="center"/>
        <w:tblLayout w:type="fixed"/>
        <w:tblLook w:val="04A0" w:firstRow="1" w:lastRow="0" w:firstColumn="1" w:lastColumn="0" w:noHBand="0" w:noVBand="1"/>
      </w:tblPr>
      <w:tblGrid>
        <w:gridCol w:w="3300"/>
        <w:gridCol w:w="2200"/>
        <w:gridCol w:w="2360"/>
      </w:tblGrid>
      <w:tr w:rsidR="000138D0" w:rsidRPr="00D536E8" w:rsidTr="000138D0">
        <w:trPr>
          <w:cantSplit/>
          <w:tblHeader/>
          <w:jc w:val="center"/>
        </w:trPr>
        <w:tc>
          <w:tcPr>
            <w:tcW w:w="3300" w:type="dxa"/>
            <w:shd w:val="clear" w:color="auto" w:fill="E7E6E6"/>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İş</w:t>
            </w:r>
            <w:proofErr w:type="spellEnd"/>
            <w:r w:rsidRPr="00D536E8">
              <w:rPr>
                <w:rFonts w:ascii="Times New Roman" w:hAnsi="Times New Roman" w:cs="Times New Roman"/>
                <w:b/>
                <w:color w:val="1F1F1F"/>
                <w:sz w:val="24"/>
                <w:szCs w:val="24"/>
              </w:rPr>
              <w:t xml:space="preserve"> </w:t>
            </w:r>
            <w:proofErr w:type="spellStart"/>
            <w:r w:rsidRPr="00D536E8">
              <w:rPr>
                <w:rFonts w:ascii="Times New Roman" w:hAnsi="Times New Roman" w:cs="Times New Roman"/>
                <w:b/>
                <w:color w:val="1F1F1F"/>
                <w:sz w:val="24"/>
                <w:szCs w:val="24"/>
              </w:rPr>
              <w:t>Paketi</w:t>
            </w:r>
            <w:proofErr w:type="spellEnd"/>
            <w:r w:rsidRPr="00D536E8">
              <w:rPr>
                <w:rFonts w:ascii="Times New Roman" w:hAnsi="Times New Roman" w:cs="Times New Roman"/>
                <w:b/>
                <w:color w:val="1F1F1F"/>
                <w:sz w:val="24"/>
                <w:szCs w:val="24"/>
              </w:rPr>
              <w:t xml:space="preserve"> / </w:t>
            </w:r>
            <w:proofErr w:type="spellStart"/>
            <w:r w:rsidRPr="00D536E8">
              <w:rPr>
                <w:rFonts w:ascii="Times New Roman" w:hAnsi="Times New Roman" w:cs="Times New Roman"/>
                <w:b/>
                <w:color w:val="1F1F1F"/>
                <w:sz w:val="24"/>
                <w:szCs w:val="24"/>
              </w:rPr>
              <w:t>Faaliyet</w:t>
            </w:r>
            <w:proofErr w:type="spellEnd"/>
          </w:p>
        </w:tc>
        <w:tc>
          <w:tcPr>
            <w:tcW w:w="2200" w:type="dxa"/>
            <w:shd w:val="clear" w:color="auto" w:fill="E7E6E6"/>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Sorumlu Kurum/Kişi</w:t>
            </w:r>
          </w:p>
        </w:tc>
        <w:tc>
          <w:tcPr>
            <w:tcW w:w="2360" w:type="dxa"/>
            <w:shd w:val="clear" w:color="auto" w:fill="E7E6E6"/>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Başarı</w:t>
            </w:r>
            <w:proofErr w:type="spellEnd"/>
            <w:r w:rsidRPr="00D536E8">
              <w:rPr>
                <w:rFonts w:ascii="Times New Roman" w:hAnsi="Times New Roman" w:cs="Times New Roman"/>
                <w:b/>
                <w:color w:val="1F1F1F"/>
                <w:sz w:val="24"/>
                <w:szCs w:val="24"/>
              </w:rPr>
              <w:t xml:space="preserve"> </w:t>
            </w:r>
            <w:proofErr w:type="spellStart"/>
            <w:r w:rsidRPr="00D536E8">
              <w:rPr>
                <w:rFonts w:ascii="Times New Roman" w:hAnsi="Times New Roman" w:cs="Times New Roman"/>
                <w:b/>
                <w:color w:val="1F1F1F"/>
                <w:sz w:val="24"/>
                <w:szCs w:val="24"/>
              </w:rPr>
              <w:t>Ölçütü</w:t>
            </w:r>
            <w:proofErr w:type="spellEnd"/>
          </w:p>
        </w:tc>
      </w:tr>
      <w:tr w:rsidR="000138D0" w:rsidRPr="00D536E8" w:rsidTr="000138D0">
        <w:trPr>
          <w:cantSplit/>
          <w:jc w:val="center"/>
        </w:trPr>
        <w:tc>
          <w:tcPr>
            <w:tcW w:w="330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c>
          <w:tcPr>
            <w:tcW w:w="220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c>
          <w:tcPr>
            <w:tcW w:w="236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r>
      <w:tr w:rsidR="000138D0" w:rsidRPr="00D536E8" w:rsidTr="000138D0">
        <w:trPr>
          <w:cantSplit/>
          <w:jc w:val="center"/>
        </w:trPr>
        <w:tc>
          <w:tcPr>
            <w:tcW w:w="330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c>
          <w:tcPr>
            <w:tcW w:w="220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c>
          <w:tcPr>
            <w:tcW w:w="236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r>
      <w:tr w:rsidR="000138D0" w:rsidRPr="00D536E8" w:rsidTr="000138D0">
        <w:trPr>
          <w:cantSplit/>
          <w:jc w:val="center"/>
        </w:trPr>
        <w:tc>
          <w:tcPr>
            <w:tcW w:w="330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c>
          <w:tcPr>
            <w:tcW w:w="220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c>
          <w:tcPr>
            <w:tcW w:w="2360" w:type="dxa"/>
            <w:tcMar>
              <w:top w:w="100" w:type="dxa"/>
              <w:left w:w="120" w:type="dxa"/>
              <w:bottom w:w="100" w:type="dxa"/>
              <w:right w:w="120" w:type="dxa"/>
            </w:tcMar>
            <w:vAlign w:val="center"/>
          </w:tcPr>
          <w:p w:rsidR="000138D0" w:rsidRPr="00D536E8" w:rsidRDefault="000138D0" w:rsidP="00D536E8">
            <w:pPr>
              <w:spacing w:before="240" w:after="240"/>
              <w:jc w:val="both"/>
              <w:rPr>
                <w:rFonts w:ascii="Times New Roman" w:hAnsi="Times New Roman" w:cs="Times New Roman"/>
                <w:sz w:val="24"/>
                <w:szCs w:val="24"/>
              </w:rPr>
            </w:pPr>
          </w:p>
        </w:tc>
      </w:tr>
    </w:tbl>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12" w:name="_Toc237421414"/>
      <w:r w:rsidRPr="00D536E8">
        <w:rPr>
          <w:rFonts w:ascii="Times New Roman" w:hAnsi="Times New Roman" w:cs="Times New Roman"/>
          <w:color w:val="C00000"/>
          <w:sz w:val="24"/>
          <w:szCs w:val="24"/>
        </w:rPr>
        <w:lastRenderedPageBreak/>
        <w:t>ETKİNLİK ALANININ TEKNİK UYGUNLUĞU</w:t>
      </w:r>
      <w:bookmarkEnd w:id="12"/>
    </w:p>
    <w:p w:rsidR="00D536E8" w:rsidRPr="00667D69" w:rsidRDefault="00D536E8"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3" w:name="_Toc237421415"/>
      <w:r w:rsidRPr="00667D69">
        <w:rPr>
          <w:rFonts w:ascii="Times New Roman" w:hAnsi="Times New Roman" w:cs="Times New Roman"/>
          <w:color w:val="000000" w:themeColor="text1"/>
          <w:sz w:val="24"/>
          <w:szCs w:val="24"/>
        </w:rPr>
        <w:t xml:space="preserve">Alan </w:t>
      </w:r>
      <w:proofErr w:type="spellStart"/>
      <w:r w:rsidRPr="00667D69">
        <w:rPr>
          <w:rFonts w:ascii="Times New Roman" w:hAnsi="Times New Roman" w:cs="Times New Roman"/>
          <w:color w:val="000000" w:themeColor="text1"/>
          <w:sz w:val="24"/>
          <w:szCs w:val="24"/>
        </w:rPr>
        <w:t>Bilgileri</w:t>
      </w:r>
      <w:bookmarkEnd w:id="13"/>
      <w:proofErr w:type="spellEnd"/>
    </w:p>
    <w:p w:rsidR="00BB77CC" w:rsidRPr="00D536E8" w:rsidRDefault="009848C7" w:rsidP="00D536E8">
      <w:pPr>
        <w:spacing w:before="240" w:after="240" w:line="240" w:lineRule="auto"/>
        <w:jc w:val="both"/>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Etkinlik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alanının</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gökyüzü</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gözlemi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katılımcı</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güvenliği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bakımından</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uygunluğu</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ölçülebilir</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veriler</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ek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belgelerle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açıklanmalıdır</w:t>
      </w:r>
      <w:proofErr w:type="spellEnd"/>
      <w:r w:rsidRPr="00D536E8">
        <w:rPr>
          <w:rFonts w:ascii="Times New Roman" w:hAnsi="Times New Roman" w:cs="Times New Roman"/>
          <w:color w:val="1F1F1F"/>
          <w:sz w:val="24"/>
          <w:szCs w:val="24"/>
        </w:rPr>
        <w:t>.</w:t>
      </w:r>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Alan Büyüklüğü (m²)</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center"/>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Rakım (m)</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center"/>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B530A2" w:rsidRDefault="009848C7" w:rsidP="00D536E8">
            <w:pPr>
              <w:spacing w:before="240" w:after="240"/>
              <w:rPr>
                <w:rFonts w:ascii="Times New Roman" w:hAnsi="Times New Roman" w:cs="Times New Roman"/>
                <w:sz w:val="24"/>
                <w:szCs w:val="24"/>
              </w:rPr>
            </w:pPr>
            <w:r w:rsidRPr="00B530A2">
              <w:rPr>
                <w:rFonts w:ascii="Times New Roman" w:hAnsi="Times New Roman" w:cs="Times New Roman"/>
                <w:color w:val="1F1F1F"/>
                <w:sz w:val="24"/>
                <w:szCs w:val="24"/>
              </w:rPr>
              <w:t>Koordinatlar</w:t>
            </w:r>
          </w:p>
        </w:tc>
        <w:tc>
          <w:tcPr>
            <w:tcW w:w="6660" w:type="dxa"/>
            <w:tcMar>
              <w:top w:w="100" w:type="dxa"/>
              <w:left w:w="120" w:type="dxa"/>
              <w:bottom w:w="100" w:type="dxa"/>
              <w:right w:w="120" w:type="dxa"/>
            </w:tcMar>
            <w:vAlign w:val="center"/>
          </w:tcPr>
          <w:p w:rsidR="00BB77CC" w:rsidRPr="00B530A2" w:rsidRDefault="009848C7" w:rsidP="00D536E8">
            <w:pPr>
              <w:spacing w:before="240" w:after="240"/>
              <w:jc w:val="center"/>
              <w:rPr>
                <w:rFonts w:ascii="Times New Roman" w:hAnsi="Times New Roman" w:cs="Times New Roman"/>
                <w:sz w:val="24"/>
                <w:szCs w:val="24"/>
              </w:rPr>
            </w:pPr>
            <w:r w:rsidRPr="00B530A2">
              <w:rPr>
                <w:rFonts w:ascii="Times New Roman" w:hAnsi="Times New Roman" w:cs="Times New Roman"/>
                <w:color w:val="1F1F1F"/>
                <w:sz w:val="24"/>
                <w:szCs w:val="24"/>
              </w:rPr>
              <w:t>Enlem: ……………………   Boylam: ……………………</w:t>
            </w:r>
          </w:p>
        </w:tc>
      </w:tr>
      <w:tr w:rsidR="00BB77CC" w:rsidRPr="00D536E8">
        <w:trPr>
          <w:cantSplit/>
          <w:jc w:val="center"/>
        </w:trPr>
        <w:tc>
          <w:tcPr>
            <w:tcW w:w="2700" w:type="dxa"/>
            <w:tcMar>
              <w:top w:w="100" w:type="dxa"/>
              <w:left w:w="120" w:type="dxa"/>
              <w:bottom w:w="100" w:type="dxa"/>
              <w:right w:w="120" w:type="dxa"/>
            </w:tcMar>
            <w:vAlign w:val="center"/>
          </w:tcPr>
          <w:p w:rsidR="00BB77CC" w:rsidRPr="00B530A2" w:rsidRDefault="009848C7" w:rsidP="00D536E8">
            <w:pPr>
              <w:spacing w:before="240" w:after="240"/>
              <w:rPr>
                <w:rFonts w:ascii="Times New Roman" w:hAnsi="Times New Roman" w:cs="Times New Roman"/>
                <w:sz w:val="24"/>
                <w:szCs w:val="24"/>
              </w:rPr>
            </w:pPr>
            <w:r w:rsidRPr="00B530A2">
              <w:rPr>
                <w:rFonts w:ascii="Times New Roman" w:hAnsi="Times New Roman" w:cs="Times New Roman"/>
                <w:color w:val="1F1F1F"/>
                <w:sz w:val="24"/>
                <w:szCs w:val="24"/>
              </w:rPr>
              <w:t>SQM Ölçümü</w:t>
            </w:r>
          </w:p>
        </w:tc>
        <w:tc>
          <w:tcPr>
            <w:tcW w:w="6660" w:type="dxa"/>
            <w:tcMar>
              <w:top w:w="100" w:type="dxa"/>
              <w:left w:w="120" w:type="dxa"/>
              <w:bottom w:w="100" w:type="dxa"/>
              <w:right w:w="120" w:type="dxa"/>
            </w:tcMar>
            <w:vAlign w:val="center"/>
          </w:tcPr>
          <w:p w:rsidR="00BB77CC" w:rsidRPr="00B530A2" w:rsidRDefault="009848C7" w:rsidP="00D536E8">
            <w:pPr>
              <w:spacing w:before="240" w:after="240"/>
              <w:jc w:val="center"/>
              <w:rPr>
                <w:rFonts w:ascii="Times New Roman" w:hAnsi="Times New Roman" w:cs="Times New Roman"/>
                <w:sz w:val="24"/>
                <w:szCs w:val="24"/>
              </w:rPr>
            </w:pPr>
            <w:r w:rsidRPr="00B530A2">
              <w:rPr>
                <w:rFonts w:ascii="Times New Roman" w:hAnsi="Times New Roman" w:cs="Times New Roman"/>
                <w:color w:val="1F1F1F"/>
                <w:sz w:val="24"/>
                <w:szCs w:val="24"/>
              </w:rPr>
              <w:t>………… mag/arcsec²   Ölçüm tarihi/saat: ……………   Cihaz/yöntem: ……………</w:t>
            </w:r>
          </w:p>
        </w:tc>
      </w:tr>
      <w:tr w:rsidR="00BB77CC" w:rsidRPr="00D536E8">
        <w:trPr>
          <w:cantSplit/>
          <w:jc w:val="center"/>
        </w:trPr>
        <w:tc>
          <w:tcPr>
            <w:tcW w:w="2700" w:type="dxa"/>
            <w:tcMar>
              <w:top w:w="100" w:type="dxa"/>
              <w:left w:w="120" w:type="dxa"/>
              <w:bottom w:w="100" w:type="dxa"/>
              <w:right w:w="120" w:type="dxa"/>
            </w:tcMar>
            <w:vAlign w:val="center"/>
          </w:tcPr>
          <w:p w:rsidR="00BB77CC" w:rsidRPr="00B530A2" w:rsidRDefault="009848C7" w:rsidP="00D536E8">
            <w:pPr>
              <w:spacing w:before="240" w:after="240"/>
              <w:rPr>
                <w:rFonts w:ascii="Times New Roman" w:hAnsi="Times New Roman" w:cs="Times New Roman"/>
                <w:sz w:val="24"/>
                <w:szCs w:val="24"/>
              </w:rPr>
            </w:pPr>
            <w:r w:rsidRPr="00B530A2">
              <w:rPr>
                <w:rFonts w:ascii="Times New Roman" w:hAnsi="Times New Roman" w:cs="Times New Roman"/>
                <w:color w:val="1F1F1F"/>
                <w:sz w:val="24"/>
                <w:szCs w:val="24"/>
              </w:rPr>
              <w:t>Bortle Sınıfı</w:t>
            </w:r>
          </w:p>
        </w:tc>
        <w:tc>
          <w:tcPr>
            <w:tcW w:w="6660" w:type="dxa"/>
            <w:tcMar>
              <w:top w:w="100" w:type="dxa"/>
              <w:left w:w="120" w:type="dxa"/>
              <w:bottom w:w="100" w:type="dxa"/>
              <w:right w:w="120" w:type="dxa"/>
            </w:tcMar>
            <w:vAlign w:val="center"/>
          </w:tcPr>
          <w:p w:rsidR="00BB77CC" w:rsidRPr="00B530A2" w:rsidRDefault="009848C7" w:rsidP="00D536E8">
            <w:pPr>
              <w:spacing w:before="240" w:after="240"/>
              <w:jc w:val="center"/>
              <w:rPr>
                <w:rFonts w:ascii="Times New Roman" w:hAnsi="Times New Roman" w:cs="Times New Roman"/>
                <w:sz w:val="24"/>
                <w:szCs w:val="24"/>
              </w:rPr>
            </w:pPr>
            <w:r w:rsidRPr="00B530A2">
              <w:rPr>
                <w:rFonts w:ascii="Times New Roman" w:hAnsi="Times New Roman" w:cs="Times New Roman"/>
                <w:color w:val="1F1F1F"/>
                <w:sz w:val="24"/>
                <w:szCs w:val="24"/>
              </w:rPr>
              <w:t>…………   Tespit yöntemi/kaynak: …………………………………</w:t>
            </w:r>
          </w:p>
        </w:tc>
      </w:tr>
      <w:tr w:rsidR="00BB77CC" w:rsidRPr="00D536E8">
        <w:trPr>
          <w:cantSplit/>
          <w:jc w:val="center"/>
        </w:trPr>
        <w:tc>
          <w:tcPr>
            <w:tcW w:w="2700" w:type="dxa"/>
            <w:tcMar>
              <w:top w:w="100" w:type="dxa"/>
              <w:left w:w="120" w:type="dxa"/>
              <w:bottom w:w="100" w:type="dxa"/>
              <w:right w:w="120" w:type="dxa"/>
            </w:tcMar>
            <w:vAlign w:val="center"/>
          </w:tcPr>
          <w:p w:rsidR="00BB77CC" w:rsidRPr="00B530A2" w:rsidRDefault="009848C7" w:rsidP="00D536E8">
            <w:pPr>
              <w:spacing w:before="240" w:after="240"/>
              <w:rPr>
                <w:rFonts w:ascii="Times New Roman" w:hAnsi="Times New Roman" w:cs="Times New Roman"/>
                <w:sz w:val="24"/>
                <w:szCs w:val="24"/>
              </w:rPr>
            </w:pPr>
            <w:r w:rsidRPr="00B530A2">
              <w:rPr>
                <w:rFonts w:ascii="Times New Roman" w:hAnsi="Times New Roman" w:cs="Times New Roman"/>
                <w:color w:val="1F1F1F"/>
                <w:sz w:val="24"/>
                <w:szCs w:val="24"/>
              </w:rPr>
              <w:t>Ufuk Açıklığı (%)</w:t>
            </w:r>
          </w:p>
        </w:tc>
        <w:tc>
          <w:tcPr>
            <w:tcW w:w="6660" w:type="dxa"/>
            <w:tcMar>
              <w:top w:w="100" w:type="dxa"/>
              <w:left w:w="120" w:type="dxa"/>
              <w:bottom w:w="100" w:type="dxa"/>
              <w:right w:w="120" w:type="dxa"/>
            </w:tcMar>
            <w:vAlign w:val="center"/>
          </w:tcPr>
          <w:p w:rsidR="00BB77CC" w:rsidRPr="00B530A2" w:rsidRDefault="009848C7" w:rsidP="00D536E8">
            <w:pPr>
              <w:spacing w:before="240" w:after="240"/>
              <w:jc w:val="center"/>
              <w:rPr>
                <w:rFonts w:ascii="Times New Roman" w:hAnsi="Times New Roman" w:cs="Times New Roman"/>
                <w:sz w:val="24"/>
                <w:szCs w:val="24"/>
              </w:rPr>
            </w:pPr>
            <w:r w:rsidRPr="00B530A2">
              <w:rPr>
                <w:rFonts w:ascii="Times New Roman" w:hAnsi="Times New Roman" w:cs="Times New Roman"/>
                <w:color w:val="1F1F1F"/>
                <w:sz w:val="24"/>
                <w:szCs w:val="24"/>
              </w:rPr>
              <w:t xml:space="preserve">…………   Kuzey: </w:t>
            </w:r>
            <w:proofErr w:type="gramStart"/>
            <w:r w:rsidRPr="00B530A2">
              <w:rPr>
                <w:rFonts w:ascii="Times New Roman" w:hAnsi="Times New Roman" w:cs="Times New Roman"/>
                <w:color w:val="1F1F1F"/>
                <w:sz w:val="24"/>
                <w:szCs w:val="24"/>
              </w:rPr>
              <w:t>……</w:t>
            </w:r>
            <w:proofErr w:type="gramEnd"/>
            <w:r w:rsidRPr="00B530A2">
              <w:rPr>
                <w:rFonts w:ascii="Times New Roman" w:hAnsi="Times New Roman" w:cs="Times New Roman"/>
                <w:color w:val="1F1F1F"/>
                <w:sz w:val="24"/>
                <w:szCs w:val="24"/>
              </w:rPr>
              <w:t xml:space="preserve">  Güney: </w:t>
            </w:r>
            <w:proofErr w:type="gramStart"/>
            <w:r w:rsidRPr="00B530A2">
              <w:rPr>
                <w:rFonts w:ascii="Times New Roman" w:hAnsi="Times New Roman" w:cs="Times New Roman"/>
                <w:color w:val="1F1F1F"/>
                <w:sz w:val="24"/>
                <w:szCs w:val="24"/>
              </w:rPr>
              <w:t>……</w:t>
            </w:r>
            <w:proofErr w:type="gramEnd"/>
            <w:r w:rsidRPr="00B530A2">
              <w:rPr>
                <w:rFonts w:ascii="Times New Roman" w:hAnsi="Times New Roman" w:cs="Times New Roman"/>
                <w:color w:val="1F1F1F"/>
                <w:sz w:val="24"/>
                <w:szCs w:val="24"/>
              </w:rPr>
              <w:t xml:space="preserve">  Doğu: </w:t>
            </w:r>
            <w:proofErr w:type="gramStart"/>
            <w:r w:rsidRPr="00B530A2">
              <w:rPr>
                <w:rFonts w:ascii="Times New Roman" w:hAnsi="Times New Roman" w:cs="Times New Roman"/>
                <w:color w:val="1F1F1F"/>
                <w:sz w:val="24"/>
                <w:szCs w:val="24"/>
              </w:rPr>
              <w:t>……</w:t>
            </w:r>
            <w:proofErr w:type="gramEnd"/>
            <w:r w:rsidRPr="00B530A2">
              <w:rPr>
                <w:rFonts w:ascii="Times New Roman" w:hAnsi="Times New Roman" w:cs="Times New Roman"/>
                <w:color w:val="1F1F1F"/>
                <w:sz w:val="24"/>
                <w:szCs w:val="24"/>
              </w:rPr>
              <w:t xml:space="preserve">  Batı: </w:t>
            </w:r>
            <w:proofErr w:type="gramStart"/>
            <w:r w:rsidRPr="00B530A2">
              <w:rPr>
                <w:rFonts w:ascii="Times New Roman" w:hAnsi="Times New Roman" w:cs="Times New Roman"/>
                <w:color w:val="1F1F1F"/>
                <w:sz w:val="24"/>
                <w:szCs w:val="24"/>
              </w:rPr>
              <w:t>……</w:t>
            </w:r>
            <w:proofErr w:type="gramEnd"/>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Işık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Kirliliği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Durumu</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 xml:space="preserve">(Yakın </w:t>
            </w:r>
            <w:proofErr w:type="spellStart"/>
            <w:r w:rsidRPr="00D536E8">
              <w:rPr>
                <w:rFonts w:ascii="Times New Roman" w:hAnsi="Times New Roman" w:cs="Times New Roman"/>
                <w:i/>
                <w:color w:val="1F1F1F"/>
                <w:sz w:val="20"/>
                <w:szCs w:val="24"/>
              </w:rPr>
              <w:t>ışık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kaynakları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etkileri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azaltım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tedbirleri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açıklanmalıdır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r w:rsidRPr="00D536E8">
              <w:rPr>
                <w:rFonts w:ascii="Times New Roman" w:hAnsi="Times New Roman" w:cs="Times New Roman"/>
                <w:color w:val="1F1F1F"/>
                <w:sz w:val="24"/>
                <w:szCs w:val="24"/>
              </w:rPr>
              <w:t xml:space="preserve">Zemin </w:t>
            </w:r>
            <w:proofErr w:type="spellStart"/>
            <w:r w:rsidRPr="00D536E8">
              <w:rPr>
                <w:rFonts w:ascii="Times New Roman" w:hAnsi="Times New Roman" w:cs="Times New Roman"/>
                <w:color w:val="1F1F1F"/>
                <w:sz w:val="24"/>
                <w:szCs w:val="24"/>
              </w:rPr>
              <w:t>Uygunluğu</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Teleskop</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kurulumu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için</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eğim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sertlik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titreşim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toz</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erişim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durumu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açıklanmalıdır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lastRenderedPageBreak/>
              <w:t>Alan Kullanım Geçmişi</w:t>
            </w:r>
          </w:p>
        </w:tc>
        <w:tc>
          <w:tcPr>
            <w:tcW w:w="6660" w:type="dxa"/>
            <w:tcMar>
              <w:top w:w="100" w:type="dxa"/>
              <w:left w:w="120" w:type="dxa"/>
              <w:bottom w:w="100" w:type="dxa"/>
              <w:right w:w="120" w:type="dxa"/>
            </w:tcMar>
            <w:vAlign w:val="center"/>
          </w:tcPr>
          <w:p w:rsidR="009848C7" w:rsidRPr="00D536E8" w:rsidRDefault="009848C7" w:rsidP="00D536E8">
            <w:pPr>
              <w:spacing w:before="240" w:after="240"/>
              <w:jc w:val="center"/>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Daha</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önce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benzer</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etkinlikte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kullanıldı</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mı</w:t>
            </w:r>
            <w:proofErr w:type="spellEnd"/>
            <w:r w:rsidRPr="00D536E8">
              <w:rPr>
                <w:rFonts w:ascii="Times New Roman" w:hAnsi="Times New Roman" w:cs="Times New Roman"/>
                <w:color w:val="1F1F1F"/>
                <w:sz w:val="24"/>
                <w:szCs w:val="24"/>
              </w:rPr>
              <w:t>?</w:t>
            </w:r>
          </w:p>
          <w:p w:rsidR="00D536E8" w:rsidRPr="00D536E8" w:rsidRDefault="00D536E8" w:rsidP="00D536E8">
            <w:pPr>
              <w:spacing w:before="240" w:after="240"/>
              <w:jc w:val="center"/>
              <w:rPr>
                <w:rFonts w:ascii="Times New Roman" w:hAnsi="Times New Roman" w:cs="Times New Roman"/>
                <w:color w:val="1F1F1F"/>
                <w:sz w:val="24"/>
                <w:szCs w:val="24"/>
              </w:rPr>
            </w:pPr>
          </w:p>
          <w:p w:rsidR="00D536E8" w:rsidRPr="00D536E8" w:rsidRDefault="009848C7" w:rsidP="00D536E8">
            <w:pPr>
              <w:spacing w:before="240" w:after="240"/>
              <w:jc w:val="center"/>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Evet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Hayır</w:t>
            </w:r>
            <w:proofErr w:type="spellEnd"/>
            <w:r w:rsidRPr="00D536E8">
              <w:rPr>
                <w:rFonts w:ascii="Times New Roman" w:hAnsi="Times New Roman" w:cs="Times New Roman"/>
                <w:color w:val="1F1F1F"/>
                <w:sz w:val="24"/>
                <w:szCs w:val="24"/>
              </w:rPr>
              <w:t xml:space="preserve">   </w:t>
            </w:r>
          </w:p>
          <w:p w:rsidR="00D536E8" w:rsidRPr="00D536E8" w:rsidRDefault="00D536E8" w:rsidP="00D536E8">
            <w:pPr>
              <w:spacing w:before="240" w:after="240"/>
              <w:jc w:val="center"/>
              <w:rPr>
                <w:rFonts w:ascii="Times New Roman" w:hAnsi="Times New Roman" w:cs="Times New Roman"/>
                <w:color w:val="1F1F1F"/>
                <w:sz w:val="24"/>
                <w:szCs w:val="24"/>
              </w:rPr>
            </w:pPr>
          </w:p>
          <w:p w:rsidR="00BB77CC" w:rsidRPr="00D536E8" w:rsidRDefault="009848C7" w:rsidP="00D536E8">
            <w:pPr>
              <w:spacing w:before="240" w:after="240"/>
              <w:jc w:val="center"/>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Açıklama</w:t>
            </w:r>
            <w:proofErr w:type="spellEnd"/>
            <w:r w:rsidRPr="00D536E8">
              <w:rPr>
                <w:rFonts w:ascii="Times New Roman" w:hAnsi="Times New Roman" w:cs="Times New Roman"/>
                <w:color w:val="1F1F1F"/>
                <w:sz w:val="24"/>
                <w:szCs w:val="24"/>
              </w:rPr>
              <w:t>: ……………</w:t>
            </w:r>
          </w:p>
          <w:p w:rsidR="00D536E8" w:rsidRPr="00D536E8" w:rsidRDefault="00D536E8" w:rsidP="00D536E8">
            <w:pPr>
              <w:spacing w:before="240" w:after="240"/>
              <w:jc w:val="center"/>
              <w:rPr>
                <w:rFonts w:ascii="Times New Roman" w:hAnsi="Times New Roman" w:cs="Times New Roman"/>
                <w:sz w:val="24"/>
                <w:szCs w:val="24"/>
              </w:rPr>
            </w:pPr>
          </w:p>
        </w:tc>
      </w:tr>
    </w:tbl>
    <w:p w:rsidR="00BB77CC" w:rsidRPr="00667D69" w:rsidRDefault="009848C7" w:rsidP="00D536E8">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4" w:name="_Toc237421416"/>
      <w:proofErr w:type="spellStart"/>
      <w:r w:rsidRPr="00667D69">
        <w:rPr>
          <w:rFonts w:ascii="Times New Roman" w:hAnsi="Times New Roman" w:cs="Times New Roman"/>
          <w:color w:val="000000" w:themeColor="text1"/>
          <w:sz w:val="24"/>
          <w:szCs w:val="24"/>
        </w:rPr>
        <w:t>Yerleşim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Alan </w:t>
      </w:r>
      <w:proofErr w:type="spellStart"/>
      <w:r w:rsidRPr="00667D69">
        <w:rPr>
          <w:rFonts w:ascii="Times New Roman" w:hAnsi="Times New Roman" w:cs="Times New Roman"/>
          <w:color w:val="000000" w:themeColor="text1"/>
          <w:sz w:val="24"/>
          <w:szCs w:val="24"/>
        </w:rPr>
        <w:t>Kullanım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Planı</w:t>
      </w:r>
      <w:bookmarkEnd w:id="14"/>
      <w:proofErr w:type="spellEnd"/>
    </w:p>
    <w:tbl>
      <w:tblPr>
        <w:tblStyle w:val="TabloKlavuzu"/>
        <w:tblW w:w="9360" w:type="dxa"/>
        <w:jc w:val="center"/>
        <w:tblLayout w:type="fixed"/>
        <w:tblLook w:val="04A0" w:firstRow="1" w:lastRow="0" w:firstColumn="1" w:lastColumn="0" w:noHBand="0" w:noVBand="1"/>
      </w:tblPr>
      <w:tblGrid>
        <w:gridCol w:w="9360"/>
      </w:tblGrid>
      <w:tr w:rsidR="00BB77CC" w:rsidRPr="00D536E8">
        <w:trPr>
          <w:cantSplit/>
          <w:tblHeader/>
          <w:jc w:val="center"/>
        </w:trPr>
        <w:tc>
          <w:tcPr>
            <w:tcW w:w="93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Gözlem</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alanı</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teleskop</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yerleşimi</w:t>
            </w:r>
            <w:proofErr w:type="spellEnd"/>
            <w:r w:rsidRPr="00D536E8">
              <w:rPr>
                <w:rFonts w:ascii="Times New Roman" w:hAnsi="Times New Roman" w:cs="Times New Roman"/>
                <w:color w:val="1F1F1F"/>
                <w:sz w:val="24"/>
                <w:szCs w:val="24"/>
              </w:rPr>
              <w:t>, katılımcı dolaşımı, sahne/atölye, karanlık alan, acil çıkış, sağlık, güvenlik, WC, enerji ve araç park noktaları açıklanmalıdır.</w:t>
            </w:r>
          </w:p>
        </w:tc>
      </w:tr>
      <w:tr w:rsidR="00BB77CC" w:rsidRPr="00D536E8">
        <w:trPr>
          <w:cantSplit/>
          <w:jc w:val="center"/>
        </w:trPr>
        <w:tc>
          <w:tcPr>
            <w:tcW w:w="93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p>
        </w:tc>
      </w:tr>
    </w:tbl>
    <w:p w:rsidR="00BB77CC"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15" w:name="_Toc237421417"/>
      <w:r w:rsidRPr="00D536E8">
        <w:rPr>
          <w:rFonts w:ascii="Times New Roman" w:hAnsi="Times New Roman" w:cs="Times New Roman"/>
          <w:color w:val="C00000"/>
          <w:sz w:val="24"/>
          <w:szCs w:val="24"/>
        </w:rPr>
        <w:t>PROGRAM VE GÖZLEM İÇERİĞİ</w:t>
      </w:r>
      <w:bookmarkEnd w:id="15"/>
    </w:p>
    <w:p w:rsidR="00D536E8" w:rsidRPr="00667D69" w:rsidRDefault="00667D69"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6" w:name="_Toc237421418"/>
      <w:proofErr w:type="spellStart"/>
      <w:r w:rsidRPr="00667D69">
        <w:rPr>
          <w:rFonts w:ascii="Times New Roman" w:hAnsi="Times New Roman" w:cs="Times New Roman"/>
          <w:color w:val="000000" w:themeColor="text1"/>
          <w:sz w:val="24"/>
          <w:szCs w:val="24"/>
        </w:rPr>
        <w:t>Gözlem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İçeriği</w:t>
      </w:r>
      <w:bookmarkEnd w:id="16"/>
      <w:proofErr w:type="spellEnd"/>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r w:rsidRPr="00D536E8">
              <w:rPr>
                <w:rFonts w:ascii="Times New Roman" w:hAnsi="Times New Roman" w:cs="Times New Roman"/>
                <w:color w:val="1F1F1F"/>
                <w:sz w:val="24"/>
                <w:szCs w:val="24"/>
              </w:rPr>
              <w:t xml:space="preserve">Ay </w:t>
            </w:r>
            <w:proofErr w:type="spellStart"/>
            <w:r w:rsidRPr="00D536E8">
              <w:rPr>
                <w:rFonts w:ascii="Times New Roman" w:hAnsi="Times New Roman" w:cs="Times New Roman"/>
                <w:color w:val="1F1F1F"/>
                <w:sz w:val="24"/>
                <w:szCs w:val="24"/>
              </w:rPr>
              <w:t>Evresi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Yeniaya</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Yakınlık</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Etkinlik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tarihindeki</w:t>
            </w:r>
            <w:proofErr w:type="spellEnd"/>
            <w:r w:rsidRPr="00D536E8">
              <w:rPr>
                <w:rFonts w:ascii="Times New Roman" w:hAnsi="Times New Roman" w:cs="Times New Roman"/>
                <w:i/>
                <w:color w:val="1F1F1F"/>
                <w:sz w:val="20"/>
                <w:szCs w:val="24"/>
              </w:rPr>
              <w:t xml:space="preserve"> Ay </w:t>
            </w:r>
            <w:proofErr w:type="spellStart"/>
            <w:r w:rsidRPr="00D536E8">
              <w:rPr>
                <w:rFonts w:ascii="Times New Roman" w:hAnsi="Times New Roman" w:cs="Times New Roman"/>
                <w:i/>
                <w:color w:val="1F1F1F"/>
                <w:sz w:val="20"/>
                <w:szCs w:val="24"/>
              </w:rPr>
              <w:t>evresi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doğuş</w:t>
            </w:r>
            <w:proofErr w:type="spellEnd"/>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batış</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saatleri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gözleme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etkisi</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Dolunaydan Uzaklık</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lastRenderedPageBreak/>
              <w:t>Gözlenecek Gezegenler</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Derin</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Uzay</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Hedefleri</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En</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az</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üç</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hedef</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gözlenebilirlik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zamanları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belirtilmelidir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r w:rsidRPr="00D536E8">
              <w:rPr>
                <w:rFonts w:ascii="Times New Roman" w:hAnsi="Times New Roman" w:cs="Times New Roman"/>
                <w:color w:val="1F1F1F"/>
                <w:sz w:val="24"/>
                <w:szCs w:val="24"/>
              </w:rPr>
              <w:t xml:space="preserve">Ay / </w:t>
            </w:r>
            <w:proofErr w:type="spellStart"/>
            <w:r w:rsidRPr="00D536E8">
              <w:rPr>
                <w:rFonts w:ascii="Times New Roman" w:hAnsi="Times New Roman" w:cs="Times New Roman"/>
                <w:color w:val="1F1F1F"/>
                <w:sz w:val="24"/>
                <w:szCs w:val="24"/>
              </w:rPr>
              <w:t>Güneş</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Gözlemleri</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Kullanılacak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güvenli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filtre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yöntemler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dâhil</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açıklanmalıdır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Özel</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Gök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Olayları</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 xml:space="preserve">(Meteor </w:t>
            </w:r>
            <w:proofErr w:type="spellStart"/>
            <w:r w:rsidRPr="00D536E8">
              <w:rPr>
                <w:rFonts w:ascii="Times New Roman" w:hAnsi="Times New Roman" w:cs="Times New Roman"/>
                <w:i/>
                <w:color w:val="1F1F1F"/>
                <w:sz w:val="20"/>
                <w:szCs w:val="24"/>
              </w:rPr>
              <w:t>yağmuru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tutulma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kavuşum</w:t>
            </w:r>
            <w:proofErr w:type="spellEnd"/>
            <w:r w:rsidRPr="00D536E8">
              <w:rPr>
                <w:rFonts w:ascii="Times New Roman" w:hAnsi="Times New Roman" w:cs="Times New Roman"/>
                <w:i/>
                <w:color w:val="1F1F1F"/>
                <w:sz w:val="20"/>
                <w:szCs w:val="24"/>
              </w:rPr>
              <w:t xml:space="preserve"> vb. </w:t>
            </w:r>
            <w:proofErr w:type="spellStart"/>
            <w:r w:rsidRPr="00D536E8">
              <w:rPr>
                <w:rFonts w:ascii="Times New Roman" w:hAnsi="Times New Roman" w:cs="Times New Roman"/>
                <w:i/>
                <w:color w:val="1F1F1F"/>
                <w:sz w:val="20"/>
                <w:szCs w:val="24"/>
              </w:rPr>
              <w:t>varsa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belirtilmelidir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Olumsuz</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Hava</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Koşulu</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Alternatifi</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Bulutluluk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yağış</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veya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yüksek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rüzgâr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durumundaki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alternatif</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bilimsel</w:t>
            </w:r>
            <w:proofErr w:type="spellEnd"/>
            <w:r w:rsidRPr="00D536E8">
              <w:rPr>
                <w:rFonts w:ascii="Times New Roman" w:hAnsi="Times New Roman" w:cs="Times New Roman"/>
                <w:i/>
                <w:color w:val="1F1F1F"/>
                <w:sz w:val="20"/>
                <w:szCs w:val="24"/>
              </w:rPr>
              <w:t xml:space="preserve"> program </w:t>
            </w:r>
            <w:proofErr w:type="spellStart"/>
            <w:r w:rsidRPr="00D536E8">
              <w:rPr>
                <w:rFonts w:ascii="Times New Roman" w:hAnsi="Times New Roman" w:cs="Times New Roman"/>
                <w:i/>
                <w:color w:val="1F1F1F"/>
                <w:sz w:val="20"/>
                <w:szCs w:val="24"/>
              </w:rPr>
              <w:t>açıklanmalıdır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7" w:name="_Toc237421419"/>
      <w:proofErr w:type="spellStart"/>
      <w:r w:rsidRPr="00667D69">
        <w:rPr>
          <w:rFonts w:ascii="Times New Roman" w:hAnsi="Times New Roman" w:cs="Times New Roman"/>
          <w:color w:val="000000" w:themeColor="text1"/>
          <w:sz w:val="24"/>
          <w:szCs w:val="24"/>
        </w:rPr>
        <w:t>Saatlik</w:t>
      </w:r>
      <w:proofErr w:type="spellEnd"/>
      <w:r w:rsidRPr="00667D69">
        <w:rPr>
          <w:rFonts w:ascii="Times New Roman" w:hAnsi="Times New Roman" w:cs="Times New Roman"/>
          <w:color w:val="000000" w:themeColor="text1"/>
          <w:sz w:val="24"/>
          <w:szCs w:val="24"/>
        </w:rPr>
        <w:t xml:space="preserve"> Program</w:t>
      </w:r>
      <w:bookmarkEnd w:id="17"/>
    </w:p>
    <w:tbl>
      <w:tblPr>
        <w:tblStyle w:val="TabloKlavuzu"/>
        <w:tblW w:w="9360" w:type="dxa"/>
        <w:jc w:val="center"/>
        <w:tblLayout w:type="fixed"/>
        <w:tblLook w:val="04A0" w:firstRow="1" w:lastRow="0" w:firstColumn="1" w:lastColumn="0" w:noHBand="0" w:noVBand="1"/>
      </w:tblPr>
      <w:tblGrid>
        <w:gridCol w:w="1700"/>
        <w:gridCol w:w="3100"/>
        <w:gridCol w:w="1500"/>
        <w:gridCol w:w="1700"/>
        <w:gridCol w:w="1360"/>
      </w:tblGrid>
      <w:tr w:rsidR="00BB77CC" w:rsidRPr="00D536E8">
        <w:trPr>
          <w:cantSplit/>
          <w:tblHeader/>
          <w:jc w:val="center"/>
        </w:trPr>
        <w:tc>
          <w:tcPr>
            <w:tcW w:w="1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Tarih</w:t>
            </w:r>
            <w:proofErr w:type="spellEnd"/>
            <w:r w:rsidRPr="00D536E8">
              <w:rPr>
                <w:rFonts w:ascii="Times New Roman" w:hAnsi="Times New Roman" w:cs="Times New Roman"/>
                <w:b/>
                <w:color w:val="1F1F1F"/>
                <w:sz w:val="24"/>
                <w:szCs w:val="24"/>
              </w:rPr>
              <w:t xml:space="preserve"> / </w:t>
            </w:r>
            <w:proofErr w:type="spellStart"/>
            <w:r w:rsidRPr="00D536E8">
              <w:rPr>
                <w:rFonts w:ascii="Times New Roman" w:hAnsi="Times New Roman" w:cs="Times New Roman"/>
                <w:b/>
                <w:color w:val="1F1F1F"/>
                <w:sz w:val="24"/>
                <w:szCs w:val="24"/>
              </w:rPr>
              <w:t>Saat</w:t>
            </w:r>
            <w:proofErr w:type="spellEnd"/>
          </w:p>
        </w:tc>
        <w:tc>
          <w:tcPr>
            <w:tcW w:w="31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Faaliyet</w:t>
            </w:r>
          </w:p>
        </w:tc>
        <w:tc>
          <w:tcPr>
            <w:tcW w:w="15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Hedef Kitle</w:t>
            </w:r>
          </w:p>
        </w:tc>
        <w:tc>
          <w:tcPr>
            <w:tcW w:w="1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Sorumlu</w:t>
            </w:r>
          </w:p>
        </w:tc>
        <w:tc>
          <w:tcPr>
            <w:tcW w:w="13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Yer</w:t>
            </w:r>
          </w:p>
        </w:tc>
      </w:tr>
      <w:tr w:rsidR="00BB77CC" w:rsidRPr="00D536E8">
        <w:trPr>
          <w:cantSplit/>
          <w:jc w:val="center"/>
        </w:trPr>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3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3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3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3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D536E8" w:rsidRDefault="00BB77CC" w:rsidP="00D536E8">
      <w:pPr>
        <w:spacing w:before="240" w:after="240" w:line="240" w:lineRule="auto"/>
        <w:jc w:val="both"/>
        <w:rPr>
          <w:rFonts w:ascii="Times New Roman" w:hAnsi="Times New Roman" w:cs="Times New Roman"/>
          <w:sz w:val="24"/>
          <w:szCs w:val="24"/>
        </w:rPr>
      </w:pPr>
    </w:p>
    <w:p w:rsidR="00BB77CC"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18" w:name="_Toc237421420"/>
      <w:r w:rsidRPr="00D536E8">
        <w:rPr>
          <w:rFonts w:ascii="Times New Roman" w:hAnsi="Times New Roman" w:cs="Times New Roman"/>
          <w:color w:val="C00000"/>
          <w:sz w:val="24"/>
          <w:szCs w:val="24"/>
        </w:rPr>
        <w:t>KATILIMCI VE ORGANİZASYON YAPISI</w:t>
      </w:r>
      <w:bookmarkEnd w:id="18"/>
    </w:p>
    <w:p w:rsidR="00667D69" w:rsidRPr="00667D69" w:rsidRDefault="00667D69"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19" w:name="_Toc237421421"/>
      <w:proofErr w:type="spellStart"/>
      <w:r w:rsidRPr="00667D69">
        <w:rPr>
          <w:rFonts w:ascii="Times New Roman" w:hAnsi="Times New Roman" w:cs="Times New Roman"/>
          <w:color w:val="000000" w:themeColor="text1"/>
          <w:sz w:val="24"/>
          <w:szCs w:val="24"/>
        </w:rPr>
        <w:t>Katılımcı</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Organizasyon</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Yapısı</w:t>
      </w:r>
      <w:bookmarkEnd w:id="19"/>
      <w:proofErr w:type="spellEnd"/>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Hedef</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Kitle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Katılımcı</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Profili</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Yaş</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grupları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özel</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gereksinimler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öğrenci</w:t>
            </w:r>
            <w:proofErr w:type="spellEnd"/>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aile</w:t>
            </w:r>
            <w:proofErr w:type="spellEnd"/>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öğretmen</w:t>
            </w:r>
            <w:proofErr w:type="spellEnd"/>
            <w:r w:rsidRPr="00D536E8">
              <w:rPr>
                <w:rFonts w:ascii="Times New Roman" w:hAnsi="Times New Roman" w:cs="Times New Roman"/>
                <w:i/>
                <w:color w:val="1F1F1F"/>
                <w:sz w:val="20"/>
                <w:szCs w:val="24"/>
              </w:rPr>
              <w:t xml:space="preserve"> vb. </w:t>
            </w:r>
            <w:proofErr w:type="spellStart"/>
            <w:r w:rsidRPr="00D536E8">
              <w:rPr>
                <w:rFonts w:ascii="Times New Roman" w:hAnsi="Times New Roman" w:cs="Times New Roman"/>
                <w:i/>
                <w:color w:val="1F1F1F"/>
                <w:sz w:val="20"/>
                <w:szCs w:val="24"/>
              </w:rPr>
              <w:t>dağılım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açıklanmalıdır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Yaş grupları, özel gereksinimler, öğrenci/aile/öğretmen vb. dağılım açıklanmalıdır.</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Kamuya Açıklık ve Ücretsiz Katılım</w:t>
            </w:r>
          </w:p>
        </w:tc>
        <w:tc>
          <w:tcPr>
            <w:tcW w:w="66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 xml:space="preserve">Etkinlik kamuya açık mı?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Evet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Hayır   Ücretsiz mi?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Evet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Hayır</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Kayıt / Kontenjan Yönetimi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Gündüz</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Programı</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Atölye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söyleşi</w:t>
            </w:r>
            <w:proofErr w:type="spellEnd"/>
            <w:r w:rsidRPr="00D536E8">
              <w:rPr>
                <w:rFonts w:ascii="Times New Roman" w:hAnsi="Times New Roman" w:cs="Times New Roman"/>
                <w:i/>
                <w:color w:val="1F1F1F"/>
                <w:sz w:val="20"/>
                <w:szCs w:val="24"/>
              </w:rPr>
              <w:t xml:space="preserve">, panel, </w:t>
            </w:r>
            <w:proofErr w:type="spellStart"/>
            <w:r w:rsidRPr="00D536E8">
              <w:rPr>
                <w:rFonts w:ascii="Times New Roman" w:hAnsi="Times New Roman" w:cs="Times New Roman"/>
                <w:i/>
                <w:color w:val="1F1F1F"/>
                <w:sz w:val="20"/>
                <w:szCs w:val="24"/>
              </w:rPr>
              <w:t>bilim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şovu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sergi</w:t>
            </w:r>
            <w:proofErr w:type="spellEnd"/>
            <w:r w:rsidRPr="00D536E8">
              <w:rPr>
                <w:rFonts w:ascii="Times New Roman" w:hAnsi="Times New Roman" w:cs="Times New Roman"/>
                <w:i/>
                <w:color w:val="1F1F1F"/>
                <w:sz w:val="20"/>
                <w:szCs w:val="24"/>
              </w:rPr>
              <w:t>, film, AR/VR vb.)</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Gece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Programı</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Gözlem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oturumları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grup</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planlaması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kuyruk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yönetimi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açıklanmalıdır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lastRenderedPageBreak/>
              <w:t>Erişilebilirlik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Tedbirleri</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Engelli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katılımcılar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çocuklar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dezavantajlı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gruplar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için</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düzenlemeler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Önceki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Kurumsal</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Deneyim</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Benzer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etkinlikler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tarihleri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katılımcı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sayıları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sonuçları</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0" w:name="_Toc237421422"/>
      <w:proofErr w:type="spellStart"/>
      <w:r w:rsidRPr="00667D69">
        <w:rPr>
          <w:rFonts w:ascii="Times New Roman" w:hAnsi="Times New Roman" w:cs="Times New Roman"/>
          <w:color w:val="000000" w:themeColor="text1"/>
          <w:sz w:val="24"/>
          <w:szCs w:val="24"/>
        </w:rPr>
        <w:t>Organizasyon</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Ekibi</w:t>
      </w:r>
      <w:bookmarkEnd w:id="20"/>
      <w:proofErr w:type="spellEnd"/>
    </w:p>
    <w:tbl>
      <w:tblPr>
        <w:tblStyle w:val="TabloKlavuzu"/>
        <w:tblW w:w="9360" w:type="dxa"/>
        <w:jc w:val="center"/>
        <w:tblLayout w:type="fixed"/>
        <w:tblLook w:val="04A0" w:firstRow="1" w:lastRow="0" w:firstColumn="1" w:lastColumn="0" w:noHBand="0" w:noVBand="1"/>
      </w:tblPr>
      <w:tblGrid>
        <w:gridCol w:w="1800"/>
        <w:gridCol w:w="1800"/>
        <w:gridCol w:w="1700"/>
        <w:gridCol w:w="2600"/>
        <w:gridCol w:w="1460"/>
      </w:tblGrid>
      <w:tr w:rsidR="00BB77CC" w:rsidRPr="00D536E8">
        <w:trPr>
          <w:cantSplit/>
          <w:tblHeader/>
          <w:jc w:val="center"/>
        </w:trPr>
        <w:tc>
          <w:tcPr>
            <w:tcW w:w="18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 xml:space="preserve">Ad </w:t>
            </w:r>
            <w:proofErr w:type="spellStart"/>
            <w:r w:rsidRPr="00D536E8">
              <w:rPr>
                <w:rFonts w:ascii="Times New Roman" w:hAnsi="Times New Roman" w:cs="Times New Roman"/>
                <w:b/>
                <w:color w:val="1F1F1F"/>
                <w:sz w:val="24"/>
                <w:szCs w:val="24"/>
              </w:rPr>
              <w:t>Soyad</w:t>
            </w:r>
            <w:proofErr w:type="spellEnd"/>
          </w:p>
        </w:tc>
        <w:tc>
          <w:tcPr>
            <w:tcW w:w="18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Görev / Uzmanlık</w:t>
            </w:r>
          </w:p>
        </w:tc>
        <w:tc>
          <w:tcPr>
            <w:tcW w:w="1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Kurum</w:t>
            </w:r>
          </w:p>
        </w:tc>
        <w:tc>
          <w:tcPr>
            <w:tcW w:w="26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Sorumluluk</w:t>
            </w:r>
          </w:p>
        </w:tc>
        <w:tc>
          <w:tcPr>
            <w:tcW w:w="14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İletişim</w:t>
            </w:r>
          </w:p>
        </w:tc>
      </w:tr>
      <w:tr w:rsidR="00BB77CC" w:rsidRPr="00D536E8">
        <w:trPr>
          <w:cantSplit/>
          <w:jc w:val="center"/>
        </w:trPr>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4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4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4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4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D536E8" w:rsidRDefault="00BB77CC" w:rsidP="00D536E8">
      <w:pPr>
        <w:spacing w:before="240" w:after="240" w:line="240" w:lineRule="auto"/>
        <w:jc w:val="both"/>
        <w:rPr>
          <w:rFonts w:ascii="Times New Roman" w:hAnsi="Times New Roman" w:cs="Times New Roman"/>
          <w:sz w:val="24"/>
          <w:szCs w:val="24"/>
        </w:rPr>
      </w:pPr>
    </w:p>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21" w:name="_Toc237421423"/>
      <w:r w:rsidRPr="00D536E8">
        <w:rPr>
          <w:rFonts w:ascii="Times New Roman" w:hAnsi="Times New Roman" w:cs="Times New Roman"/>
          <w:color w:val="C00000"/>
          <w:sz w:val="24"/>
          <w:szCs w:val="24"/>
        </w:rPr>
        <w:lastRenderedPageBreak/>
        <w:t>TEKNİK OPERASYON VE DESTEK TALEPLERİ</w:t>
      </w:r>
      <w:bookmarkEnd w:id="21"/>
    </w:p>
    <w:p w:rsidR="00575BAA" w:rsidRPr="00667D69" w:rsidRDefault="00667D69"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2" w:name="_Toc237421424"/>
      <w:proofErr w:type="spellStart"/>
      <w:r w:rsidRPr="00667D69">
        <w:rPr>
          <w:rFonts w:ascii="Times New Roman" w:hAnsi="Times New Roman" w:cs="Times New Roman"/>
          <w:color w:val="000000" w:themeColor="text1"/>
          <w:sz w:val="24"/>
          <w:szCs w:val="24"/>
        </w:rPr>
        <w:t>Destek</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Talepleri</w:t>
      </w:r>
      <w:bookmarkEnd w:id="22"/>
      <w:proofErr w:type="spellEnd"/>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Bilgi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Astronom / Uzman Desteği</w:t>
            </w: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ediliyor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edilmiyor   </w:t>
            </w:r>
          </w:p>
          <w:p w:rsidR="00BB77CC" w:rsidRPr="00D536E8" w:rsidRDefault="008665D8"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Kişi</w:t>
            </w:r>
            <w:proofErr w:type="spellEnd"/>
            <w:r w:rsidRPr="00D536E8">
              <w:rPr>
                <w:rFonts w:ascii="Times New Roman" w:hAnsi="Times New Roman" w:cs="Times New Roman"/>
                <w:color w:val="1F1F1F"/>
                <w:sz w:val="24"/>
                <w:szCs w:val="24"/>
              </w:rPr>
              <w:t xml:space="preserve"> </w:t>
            </w:r>
            <w:proofErr w:type="spellStart"/>
            <w:r w:rsidR="009848C7" w:rsidRPr="00D536E8">
              <w:rPr>
                <w:rFonts w:ascii="Times New Roman" w:hAnsi="Times New Roman" w:cs="Times New Roman"/>
                <w:color w:val="1F1F1F"/>
                <w:sz w:val="24"/>
                <w:szCs w:val="24"/>
              </w:rPr>
              <w:t>Sayı</w:t>
            </w:r>
            <w:r w:rsidRPr="00D536E8">
              <w:rPr>
                <w:rFonts w:ascii="Times New Roman" w:hAnsi="Times New Roman" w:cs="Times New Roman"/>
                <w:color w:val="1F1F1F"/>
                <w:sz w:val="24"/>
                <w:szCs w:val="24"/>
              </w:rPr>
              <w:t>sı</w:t>
            </w:r>
            <w:proofErr w:type="spellEnd"/>
            <w:r w:rsidR="009848C7" w:rsidRPr="00D536E8">
              <w:rPr>
                <w:rFonts w:ascii="Times New Roman" w:hAnsi="Times New Roman" w:cs="Times New Roman"/>
                <w:color w:val="1F1F1F"/>
                <w:sz w:val="24"/>
                <w:szCs w:val="24"/>
              </w:rPr>
              <w:t xml:space="preserve"> / </w:t>
            </w:r>
            <w:proofErr w:type="spellStart"/>
            <w:r w:rsidR="00EE1554" w:rsidRPr="00D536E8">
              <w:rPr>
                <w:rFonts w:ascii="Times New Roman" w:hAnsi="Times New Roman" w:cs="Times New Roman"/>
                <w:color w:val="1F1F1F"/>
                <w:sz w:val="24"/>
                <w:szCs w:val="24"/>
              </w:rPr>
              <w:t>Gün</w:t>
            </w:r>
            <w:proofErr w:type="spellEnd"/>
            <w:r w:rsidRPr="00D536E8">
              <w:rPr>
                <w:rFonts w:ascii="Times New Roman" w:hAnsi="Times New Roman" w:cs="Times New Roman"/>
                <w:color w:val="1F1F1F"/>
                <w:sz w:val="24"/>
                <w:szCs w:val="24"/>
              </w:rPr>
              <w:t xml:space="preserve"> - </w:t>
            </w:r>
            <w:proofErr w:type="spellStart"/>
            <w:r w:rsidRPr="00D536E8">
              <w:rPr>
                <w:rFonts w:ascii="Times New Roman" w:hAnsi="Times New Roman" w:cs="Times New Roman"/>
                <w:color w:val="1F1F1F"/>
                <w:sz w:val="24"/>
                <w:szCs w:val="24"/>
              </w:rPr>
              <w:t>Saat</w:t>
            </w:r>
            <w:proofErr w:type="spellEnd"/>
            <w:r w:rsidR="00EE1554" w:rsidRPr="00D536E8">
              <w:rPr>
                <w:rFonts w:ascii="Times New Roman" w:hAnsi="Times New Roman" w:cs="Times New Roman"/>
                <w:color w:val="1F1F1F"/>
                <w:sz w:val="24"/>
                <w:szCs w:val="24"/>
              </w:rPr>
              <w:t xml:space="preserve"> / </w:t>
            </w:r>
            <w:proofErr w:type="spellStart"/>
            <w:r w:rsidR="00EE1554" w:rsidRPr="00D536E8">
              <w:rPr>
                <w:rFonts w:ascii="Times New Roman" w:hAnsi="Times New Roman" w:cs="Times New Roman"/>
                <w:color w:val="1F1F1F"/>
                <w:sz w:val="24"/>
                <w:szCs w:val="24"/>
              </w:rPr>
              <w:t>U</w:t>
            </w:r>
            <w:r w:rsidR="009848C7" w:rsidRPr="00D536E8">
              <w:rPr>
                <w:rFonts w:ascii="Times New Roman" w:hAnsi="Times New Roman" w:cs="Times New Roman"/>
                <w:color w:val="1F1F1F"/>
                <w:sz w:val="24"/>
                <w:szCs w:val="24"/>
              </w:rPr>
              <w:t>zmanlık</w:t>
            </w:r>
            <w:proofErr w:type="spellEnd"/>
            <w:r w:rsidR="009848C7" w:rsidRPr="00D536E8">
              <w:rPr>
                <w:rFonts w:ascii="Times New Roman" w:hAnsi="Times New Roman" w:cs="Times New Roman"/>
                <w:color w:val="1F1F1F"/>
                <w:sz w:val="24"/>
                <w:szCs w:val="24"/>
              </w:rPr>
              <w:t>: ………………………</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Konuşmacı / Akademisyen Desteği</w:t>
            </w: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ediliyor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edilmiyor   </w:t>
            </w:r>
          </w:p>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Konu</w:t>
            </w:r>
            <w:proofErr w:type="spellEnd"/>
            <w:r w:rsidRPr="00D536E8">
              <w:rPr>
                <w:rFonts w:ascii="Times New Roman" w:hAnsi="Times New Roman" w:cs="Times New Roman"/>
                <w:color w:val="1F1F1F"/>
                <w:sz w:val="24"/>
                <w:szCs w:val="24"/>
              </w:rPr>
              <w:t xml:space="preserve"> / </w:t>
            </w:r>
            <w:proofErr w:type="spellStart"/>
            <w:r w:rsidR="008665D8" w:rsidRPr="00D536E8">
              <w:rPr>
                <w:rFonts w:ascii="Times New Roman" w:hAnsi="Times New Roman" w:cs="Times New Roman"/>
                <w:color w:val="1F1F1F"/>
                <w:sz w:val="24"/>
                <w:szCs w:val="24"/>
              </w:rPr>
              <w:t>Kişi</w:t>
            </w:r>
            <w:proofErr w:type="spellEnd"/>
            <w:r w:rsidR="008665D8" w:rsidRPr="00D536E8">
              <w:rPr>
                <w:rFonts w:ascii="Times New Roman" w:hAnsi="Times New Roman" w:cs="Times New Roman"/>
                <w:color w:val="1F1F1F"/>
                <w:sz w:val="24"/>
                <w:szCs w:val="24"/>
              </w:rPr>
              <w:t xml:space="preserve"> </w:t>
            </w:r>
            <w:proofErr w:type="spellStart"/>
            <w:r w:rsidR="008665D8" w:rsidRPr="00D536E8">
              <w:rPr>
                <w:rFonts w:ascii="Times New Roman" w:hAnsi="Times New Roman" w:cs="Times New Roman"/>
                <w:color w:val="1F1F1F"/>
                <w:sz w:val="24"/>
                <w:szCs w:val="24"/>
              </w:rPr>
              <w:t>Sayısı</w:t>
            </w:r>
            <w:proofErr w:type="spellEnd"/>
            <w:r w:rsidRPr="00D536E8">
              <w:rPr>
                <w:rFonts w:ascii="Times New Roman" w:hAnsi="Times New Roman" w:cs="Times New Roman"/>
                <w:color w:val="1F1F1F"/>
                <w:sz w:val="24"/>
                <w:szCs w:val="24"/>
              </w:rPr>
              <w:t>: ………………………</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Teleskop ve Gözlem Ekipmanı</w:t>
            </w: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ediliyor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edilmiyor   </w:t>
            </w:r>
          </w:p>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Tür</w:t>
            </w:r>
            <w:proofErr w:type="spellEnd"/>
            <w:r w:rsidRPr="00D536E8">
              <w:rPr>
                <w:rFonts w:ascii="Times New Roman" w:hAnsi="Times New Roman" w:cs="Times New Roman"/>
                <w:color w:val="1F1F1F"/>
                <w:sz w:val="24"/>
                <w:szCs w:val="24"/>
              </w:rPr>
              <w:t xml:space="preserve"> / </w:t>
            </w:r>
            <w:proofErr w:type="spellStart"/>
            <w:r w:rsidRPr="00D536E8">
              <w:rPr>
                <w:rFonts w:ascii="Times New Roman" w:hAnsi="Times New Roman" w:cs="Times New Roman"/>
                <w:color w:val="1F1F1F"/>
                <w:sz w:val="24"/>
                <w:szCs w:val="24"/>
              </w:rPr>
              <w:t>sayı</w:t>
            </w:r>
            <w:proofErr w:type="spellEnd"/>
            <w:r w:rsidRPr="00D536E8">
              <w:rPr>
                <w:rFonts w:ascii="Times New Roman" w:hAnsi="Times New Roman" w:cs="Times New Roman"/>
                <w:color w:val="1F1F1F"/>
                <w:sz w:val="24"/>
                <w:szCs w:val="24"/>
              </w:rPr>
              <w:t>: ………………………</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Bilimsel İçerik ve Koordinasyon</w:t>
            </w: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ediliyor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edilmiyor   </w:t>
            </w:r>
          </w:p>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Açıklama</w:t>
            </w:r>
            <w:proofErr w:type="spellEnd"/>
            <w:r w:rsidRPr="00D536E8">
              <w:rPr>
                <w:rFonts w:ascii="Times New Roman" w:hAnsi="Times New Roman" w:cs="Times New Roman"/>
                <w:color w:val="1F1F1F"/>
                <w:sz w:val="24"/>
                <w:szCs w:val="24"/>
              </w:rPr>
              <w:t>: ………………………</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Tanıtım ve Görünürlük</w:t>
            </w: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ediliyor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Talep edilmiyor   </w:t>
            </w:r>
          </w:p>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Açıklama</w:t>
            </w:r>
            <w:proofErr w:type="spellEnd"/>
            <w:r w:rsidRPr="00D536E8">
              <w:rPr>
                <w:rFonts w:ascii="Times New Roman" w:hAnsi="Times New Roman" w:cs="Times New Roman"/>
                <w:color w:val="1F1F1F"/>
                <w:sz w:val="24"/>
                <w:szCs w:val="24"/>
              </w:rPr>
              <w:t>: ………………………</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Teknik Koordinasyon Sorumlusu</w:t>
            </w:r>
          </w:p>
        </w:tc>
        <w:tc>
          <w:tcPr>
            <w:tcW w:w="66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Ad Soyad / Ünvan / Telefon / E-posta:</w:t>
            </w:r>
          </w:p>
        </w:tc>
      </w:tr>
      <w:tr w:rsidR="00207CEC" w:rsidRPr="00D536E8">
        <w:trPr>
          <w:cantSplit/>
          <w:jc w:val="center"/>
        </w:trPr>
        <w:tc>
          <w:tcPr>
            <w:tcW w:w="2700" w:type="dxa"/>
            <w:vAlign w:val="center"/>
          </w:tcPr>
          <w:p w:rsidR="00207CEC" w:rsidRPr="00D536E8" w:rsidRDefault="00316BB8" w:rsidP="00D536E8">
            <w:pPr>
              <w:spacing w:before="240" w:after="240"/>
              <w:rPr>
                <w:rFonts w:ascii="Times New Roman" w:hAnsi="Times New Roman" w:cs="Times New Roman"/>
                <w:sz w:val="24"/>
                <w:szCs w:val="24"/>
              </w:rPr>
            </w:pPr>
            <w:proofErr w:type="spellStart"/>
            <w:r w:rsidRPr="00D536E8">
              <w:rPr>
                <w:rFonts w:ascii="Times New Roman" w:hAnsi="Times New Roman" w:cs="Times New Roman"/>
                <w:sz w:val="24"/>
                <w:szCs w:val="24"/>
              </w:rPr>
              <w:t>Talebin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Karşılanması</w:t>
            </w:r>
            <w:proofErr w:type="spellEnd"/>
          </w:p>
        </w:tc>
        <w:tc>
          <w:tcPr>
            <w:tcW w:w="6660" w:type="dxa"/>
            <w:vAlign w:val="center"/>
          </w:tcPr>
          <w:p w:rsidR="00316BB8" w:rsidRPr="00D536E8" w:rsidRDefault="00316BB8" w:rsidP="00D536E8">
            <w:pPr>
              <w:spacing w:before="240" w:after="240"/>
              <w:jc w:val="both"/>
              <w:rPr>
                <w:rFonts w:ascii="Times New Roman" w:hAnsi="Times New Roman" w:cs="Times New Roman"/>
                <w:sz w:val="24"/>
                <w:szCs w:val="24"/>
              </w:rPr>
            </w:pPr>
            <w:r w:rsidRPr="00D536E8">
              <w:rPr>
                <w:rFonts w:ascii="Segoe UI Symbol" w:hAnsi="Segoe UI Symbol" w:cs="Segoe UI Symbol"/>
                <w:sz w:val="24"/>
                <w:szCs w:val="24"/>
              </w:rPr>
              <w:t>☐</w:t>
            </w:r>
            <w:r w:rsidRPr="00D536E8">
              <w:rPr>
                <w:rFonts w:ascii="Times New Roman" w:hAnsi="Times New Roman" w:cs="Times New Roman"/>
                <w:sz w:val="24"/>
                <w:szCs w:val="24"/>
              </w:rPr>
              <w:t xml:space="preserve"> Kabul ediliyor  </w:t>
            </w:r>
            <w:r w:rsidRPr="00D536E8">
              <w:rPr>
                <w:rFonts w:ascii="Segoe UI Symbol" w:hAnsi="Segoe UI Symbol" w:cs="Segoe UI Symbol"/>
                <w:sz w:val="24"/>
                <w:szCs w:val="24"/>
              </w:rPr>
              <w:t>☐</w:t>
            </w:r>
            <w:r w:rsidRPr="00D536E8">
              <w:rPr>
                <w:rFonts w:ascii="Times New Roman" w:hAnsi="Times New Roman" w:cs="Times New Roman"/>
                <w:sz w:val="24"/>
                <w:szCs w:val="24"/>
              </w:rPr>
              <w:t xml:space="preserve"> Kabul edilmiyor  </w:t>
            </w:r>
          </w:p>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 xml:space="preserve"> Açıklama: ………………………</w:t>
            </w:r>
          </w:p>
          <w:p w:rsidR="001231E5" w:rsidRPr="00D536E8" w:rsidRDefault="00742CC1" w:rsidP="00D536E8">
            <w:pPr>
              <w:spacing w:before="240" w:after="240"/>
              <w:rPr>
                <w:rFonts w:ascii="Times New Roman" w:hAnsi="Times New Roman" w:cs="Times New Roman"/>
              </w:rPr>
            </w:pPr>
            <w:r w:rsidRPr="00D536E8">
              <w:rPr>
                <w:rFonts w:ascii="Times New Roman" w:hAnsi="Times New Roman" w:cs="Times New Roman"/>
                <w:i/>
              </w:rPr>
              <w:t>Not: Program kapsamında doğrudan maddi destek sağlanmamaktadır. Talep edilen desteklerin kapsamı, değerlendirme ve uygulama planlaması sonucunda TÜBİTAK tarafından belirlenir.</w:t>
            </w:r>
          </w:p>
        </w:tc>
      </w:tr>
    </w:tbl>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3" w:name="_Toc237421425"/>
      <w:proofErr w:type="spellStart"/>
      <w:r w:rsidRPr="00667D69">
        <w:rPr>
          <w:rFonts w:ascii="Times New Roman" w:hAnsi="Times New Roman" w:cs="Times New Roman"/>
          <w:color w:val="000000" w:themeColor="text1"/>
          <w:sz w:val="24"/>
          <w:szCs w:val="24"/>
        </w:rPr>
        <w:lastRenderedPageBreak/>
        <w:t>Mevcut</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Talep</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Edilen</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Ekipman</w:t>
      </w:r>
      <w:bookmarkEnd w:id="23"/>
      <w:proofErr w:type="spellEnd"/>
    </w:p>
    <w:tbl>
      <w:tblPr>
        <w:tblStyle w:val="TabloKlavuzu"/>
        <w:tblW w:w="9360" w:type="dxa"/>
        <w:jc w:val="center"/>
        <w:tblLayout w:type="fixed"/>
        <w:tblLook w:val="04A0" w:firstRow="1" w:lastRow="0" w:firstColumn="1" w:lastColumn="0" w:noHBand="0" w:noVBand="1"/>
      </w:tblPr>
      <w:tblGrid>
        <w:gridCol w:w="1900"/>
        <w:gridCol w:w="1200"/>
        <w:gridCol w:w="1500"/>
        <w:gridCol w:w="2100"/>
        <w:gridCol w:w="2660"/>
      </w:tblGrid>
      <w:tr w:rsidR="00BB77CC" w:rsidRPr="00D536E8">
        <w:trPr>
          <w:cantSplit/>
          <w:tblHeader/>
          <w:jc w:val="center"/>
        </w:trPr>
        <w:tc>
          <w:tcPr>
            <w:tcW w:w="19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Ekipman</w:t>
            </w:r>
            <w:proofErr w:type="spellEnd"/>
          </w:p>
        </w:tc>
        <w:tc>
          <w:tcPr>
            <w:tcW w:w="12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Mevcut Sayı</w:t>
            </w:r>
          </w:p>
        </w:tc>
        <w:tc>
          <w:tcPr>
            <w:tcW w:w="15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Talep Edilen Sayı</w:t>
            </w:r>
          </w:p>
        </w:tc>
        <w:tc>
          <w:tcPr>
            <w:tcW w:w="21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Teknik Özellik</w:t>
            </w:r>
          </w:p>
        </w:tc>
        <w:tc>
          <w:tcPr>
            <w:tcW w:w="2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Kullanım Amacı / Oturum</w:t>
            </w:r>
          </w:p>
        </w:tc>
      </w:tr>
      <w:tr w:rsidR="00BB77CC" w:rsidRPr="00D536E8">
        <w:trPr>
          <w:cantSplit/>
          <w:jc w:val="center"/>
        </w:trPr>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1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Default="00BB77CC" w:rsidP="00D536E8">
      <w:pPr>
        <w:spacing w:before="240" w:after="240" w:line="240" w:lineRule="auto"/>
        <w:jc w:val="both"/>
        <w:rPr>
          <w:rFonts w:ascii="Times New Roman" w:hAnsi="Times New Roman" w:cs="Times New Roman"/>
          <w:sz w:val="24"/>
          <w:szCs w:val="24"/>
        </w:rPr>
      </w:pPr>
    </w:p>
    <w:p w:rsidR="00667D69" w:rsidRDefault="00667D69" w:rsidP="00D536E8">
      <w:pPr>
        <w:spacing w:before="240" w:after="240" w:line="240" w:lineRule="auto"/>
        <w:jc w:val="both"/>
        <w:rPr>
          <w:rFonts w:ascii="Times New Roman" w:hAnsi="Times New Roman" w:cs="Times New Roman"/>
          <w:sz w:val="24"/>
          <w:szCs w:val="24"/>
        </w:rPr>
      </w:pPr>
    </w:p>
    <w:p w:rsidR="00667D69" w:rsidRDefault="00667D69" w:rsidP="00D536E8">
      <w:pPr>
        <w:spacing w:before="240" w:after="240" w:line="240" w:lineRule="auto"/>
        <w:jc w:val="both"/>
        <w:rPr>
          <w:rFonts w:ascii="Times New Roman" w:hAnsi="Times New Roman" w:cs="Times New Roman"/>
          <w:sz w:val="24"/>
          <w:szCs w:val="24"/>
        </w:rPr>
      </w:pPr>
    </w:p>
    <w:p w:rsidR="00667D69" w:rsidRDefault="00667D69" w:rsidP="00D536E8">
      <w:pPr>
        <w:spacing w:before="240" w:after="240" w:line="240" w:lineRule="auto"/>
        <w:jc w:val="both"/>
        <w:rPr>
          <w:rFonts w:ascii="Times New Roman" w:hAnsi="Times New Roman" w:cs="Times New Roman"/>
          <w:sz w:val="24"/>
          <w:szCs w:val="24"/>
        </w:rPr>
      </w:pPr>
    </w:p>
    <w:p w:rsidR="00667D69" w:rsidRPr="00D536E8" w:rsidRDefault="00667D69" w:rsidP="00D536E8">
      <w:pPr>
        <w:spacing w:before="240" w:after="240" w:line="240" w:lineRule="auto"/>
        <w:jc w:val="both"/>
        <w:rPr>
          <w:rFonts w:ascii="Times New Roman" w:hAnsi="Times New Roman" w:cs="Times New Roman"/>
          <w:sz w:val="24"/>
          <w:szCs w:val="24"/>
        </w:rPr>
      </w:pPr>
    </w:p>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4" w:name="_Toc237421426"/>
      <w:proofErr w:type="spellStart"/>
      <w:r w:rsidRPr="00667D69">
        <w:rPr>
          <w:rFonts w:ascii="Times New Roman" w:hAnsi="Times New Roman" w:cs="Times New Roman"/>
          <w:color w:val="000000" w:themeColor="text1"/>
          <w:sz w:val="24"/>
          <w:szCs w:val="24"/>
        </w:rPr>
        <w:t>Kurulum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Hizalama</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Kullanım</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Planı</w:t>
      </w:r>
      <w:bookmarkEnd w:id="24"/>
      <w:proofErr w:type="spellEnd"/>
    </w:p>
    <w:tbl>
      <w:tblPr>
        <w:tblStyle w:val="TabloKlavuzu"/>
        <w:tblW w:w="9360" w:type="dxa"/>
        <w:jc w:val="center"/>
        <w:tblLayout w:type="fixed"/>
        <w:tblLook w:val="04A0" w:firstRow="1" w:lastRow="0" w:firstColumn="1" w:lastColumn="0" w:noHBand="0" w:noVBand="1"/>
      </w:tblPr>
      <w:tblGrid>
        <w:gridCol w:w="9360"/>
      </w:tblGrid>
      <w:tr w:rsidR="00BB77CC" w:rsidRPr="00D536E8">
        <w:trPr>
          <w:cantSplit/>
          <w:tblHeader/>
          <w:jc w:val="center"/>
        </w:trPr>
        <w:tc>
          <w:tcPr>
            <w:tcW w:w="9360" w:type="dxa"/>
            <w:tcMar>
              <w:top w:w="100" w:type="dxa"/>
              <w:left w:w="120" w:type="dxa"/>
              <w:bottom w:w="100" w:type="dxa"/>
              <w:right w:w="120" w:type="dxa"/>
            </w:tcMar>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 xml:space="preserve">TÜBİTAK </w:t>
            </w:r>
            <w:proofErr w:type="spellStart"/>
            <w:r w:rsidRPr="00D536E8">
              <w:rPr>
                <w:rFonts w:ascii="Times New Roman" w:hAnsi="Times New Roman" w:cs="Times New Roman"/>
                <w:sz w:val="24"/>
                <w:szCs w:val="24"/>
              </w:rPr>
              <w:t>tarafından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sağlanabilecek</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teleskop</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ve</w:t>
            </w:r>
            <w:proofErr w:type="spellEnd"/>
            <w:r w:rsidRPr="00D536E8">
              <w:rPr>
                <w:rFonts w:ascii="Times New Roman" w:hAnsi="Times New Roman" w:cs="Times New Roman"/>
                <w:sz w:val="24"/>
                <w:szCs w:val="24"/>
              </w:rPr>
              <w:t xml:space="preserve"> diğer ekipmanların, Bilim ve Toplum Başkanlığının belirleyeceği yerden teslim tutanağıyla alınması; taşıma, yükleme/boşaltma, güvenli muhafaza, kurulum ve kullanım süreçlerinin yetkin personel gözetiminde yürütülmesi; etkinlik sonrasında Başkanlığın belirleyeceği lokasyona tutanakla eksiksiz iade edilmesine ilişkin plan açıklanmalıdır. Ekipmanın kaybolması, çalınması, hasar görmesi veya kullanılamaz hâle gelmesi risklerine karşı alınacak tedbirler ile sorumlu personel ve araç bilgileri belirtilmelidir.</w:t>
            </w:r>
          </w:p>
        </w:tc>
      </w:tr>
      <w:tr w:rsidR="00BB77CC" w:rsidRPr="00D536E8">
        <w:trPr>
          <w:cantSplit/>
          <w:jc w:val="center"/>
        </w:trPr>
        <w:tc>
          <w:tcPr>
            <w:tcW w:w="93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p>
        </w:tc>
      </w:tr>
    </w:tbl>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25" w:name="_Toc237421427"/>
      <w:r w:rsidRPr="00D536E8">
        <w:rPr>
          <w:rFonts w:ascii="Times New Roman" w:hAnsi="Times New Roman" w:cs="Times New Roman"/>
          <w:color w:val="C00000"/>
          <w:sz w:val="24"/>
          <w:szCs w:val="24"/>
        </w:rPr>
        <w:lastRenderedPageBreak/>
        <w:t>ENERJİ, ALTYAPI, GÜVENLİK VE SAĞLIK</w:t>
      </w:r>
      <w:bookmarkEnd w:id="25"/>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Elektrik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Altyapısı</w:t>
            </w:r>
            <w:proofErr w:type="spellEnd"/>
          </w:p>
          <w:p w:rsidR="009848C7" w:rsidRPr="00D536E8" w:rsidRDefault="009848C7" w:rsidP="00D536E8">
            <w:pPr>
              <w:spacing w:before="240" w:after="240"/>
              <w:rPr>
                <w:rFonts w:ascii="Times New Roman" w:hAnsi="Times New Roman" w:cs="Times New Roman"/>
                <w:sz w:val="24"/>
                <w:szCs w:val="24"/>
              </w:rPr>
            </w:pP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Var</w:t>
            </w:r>
            <w:proofErr w:type="spellEnd"/>
            <w:r w:rsidRPr="00D536E8">
              <w:rPr>
                <w:rFonts w:ascii="Times New Roman" w:hAnsi="Times New Roman" w:cs="Times New Roman"/>
                <w:color w:val="1F1F1F"/>
                <w:sz w:val="24"/>
                <w:szCs w:val="24"/>
              </w:rPr>
              <w:t xml:space="preserve">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Yok   </w:t>
            </w:r>
          </w:p>
          <w:p w:rsidR="00BB77CC" w:rsidRPr="00D536E8" w:rsidRDefault="009848C7" w:rsidP="00D536E8">
            <w:pPr>
              <w:spacing w:before="240" w:after="240"/>
              <w:jc w:val="both"/>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Kapasite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priz</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noktaları</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kablo</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güvenliği</w:t>
            </w:r>
            <w:proofErr w:type="spellEnd"/>
            <w:r w:rsidRPr="00D536E8">
              <w:rPr>
                <w:rFonts w:ascii="Times New Roman" w:hAnsi="Times New Roman" w:cs="Times New Roman"/>
                <w:color w:val="1F1F1F"/>
                <w:sz w:val="24"/>
                <w:szCs w:val="24"/>
              </w:rPr>
              <w:t>:</w:t>
            </w:r>
          </w:p>
          <w:p w:rsidR="00316BB8" w:rsidRPr="00D536E8" w:rsidRDefault="00316BB8"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Jeneratör</w:t>
            </w:r>
            <w:proofErr w:type="spellEnd"/>
            <w:r w:rsidRPr="00D536E8">
              <w:rPr>
                <w:rFonts w:ascii="Times New Roman" w:hAnsi="Times New Roman" w:cs="Times New Roman"/>
                <w:color w:val="1F1F1F"/>
                <w:sz w:val="24"/>
                <w:szCs w:val="24"/>
              </w:rPr>
              <w:t xml:space="preserve"> / </w:t>
            </w:r>
            <w:proofErr w:type="spellStart"/>
            <w:r w:rsidRPr="00D536E8">
              <w:rPr>
                <w:rFonts w:ascii="Times New Roman" w:hAnsi="Times New Roman" w:cs="Times New Roman"/>
                <w:color w:val="1F1F1F"/>
                <w:sz w:val="24"/>
                <w:szCs w:val="24"/>
              </w:rPr>
              <w:t>Kesintisiz</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Güç</w:t>
            </w:r>
            <w:proofErr w:type="spellEnd"/>
          </w:p>
          <w:p w:rsidR="009848C7" w:rsidRPr="00D536E8" w:rsidRDefault="009848C7" w:rsidP="00D536E8">
            <w:pPr>
              <w:spacing w:before="240" w:after="240"/>
              <w:rPr>
                <w:rFonts w:ascii="Times New Roman" w:hAnsi="Times New Roman" w:cs="Times New Roman"/>
                <w:sz w:val="24"/>
                <w:szCs w:val="24"/>
              </w:rPr>
            </w:pP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Var</w:t>
            </w:r>
            <w:proofErr w:type="spellEnd"/>
            <w:r w:rsidRPr="00D536E8">
              <w:rPr>
                <w:rFonts w:ascii="Times New Roman" w:hAnsi="Times New Roman" w:cs="Times New Roman"/>
                <w:color w:val="1F1F1F"/>
                <w:sz w:val="24"/>
                <w:szCs w:val="24"/>
              </w:rPr>
              <w:t xml:space="preserve">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Yok   </w:t>
            </w:r>
          </w:p>
          <w:p w:rsidR="00316BB8" w:rsidRPr="00D536E8" w:rsidRDefault="00316BB8" w:rsidP="00D536E8">
            <w:pPr>
              <w:spacing w:before="240" w:after="240"/>
              <w:jc w:val="both"/>
              <w:rPr>
                <w:rFonts w:ascii="Times New Roman" w:hAnsi="Times New Roman" w:cs="Times New Roman"/>
                <w:color w:val="1F1F1F"/>
                <w:sz w:val="24"/>
                <w:szCs w:val="24"/>
              </w:rPr>
            </w:pPr>
          </w:p>
          <w:p w:rsidR="00BB77CC" w:rsidRPr="00D536E8" w:rsidRDefault="00D47053" w:rsidP="00D536E8">
            <w:pPr>
              <w:spacing w:before="240" w:after="240"/>
              <w:jc w:val="both"/>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Kapasite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yakıt</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sorumlu</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personel</w:t>
            </w:r>
            <w:proofErr w:type="spellEnd"/>
            <w:r w:rsidRPr="00D536E8">
              <w:rPr>
                <w:rFonts w:ascii="Times New Roman" w:hAnsi="Times New Roman" w:cs="Times New Roman"/>
                <w:color w:val="1F1F1F"/>
                <w:sz w:val="24"/>
                <w:szCs w:val="24"/>
              </w:rPr>
              <w:t>:</w:t>
            </w:r>
          </w:p>
          <w:p w:rsidR="00316BB8" w:rsidRPr="00D536E8" w:rsidRDefault="00316BB8"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r w:rsidRPr="00D536E8">
              <w:rPr>
                <w:rFonts w:ascii="Times New Roman" w:hAnsi="Times New Roman" w:cs="Times New Roman"/>
                <w:color w:val="1F1F1F"/>
                <w:sz w:val="24"/>
                <w:szCs w:val="24"/>
              </w:rPr>
              <w:t xml:space="preserve">WC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Temiz</w:t>
            </w:r>
            <w:proofErr w:type="spellEnd"/>
            <w:r w:rsidRPr="00D536E8">
              <w:rPr>
                <w:rFonts w:ascii="Times New Roman" w:hAnsi="Times New Roman" w:cs="Times New Roman"/>
                <w:color w:val="1F1F1F"/>
                <w:sz w:val="24"/>
                <w:szCs w:val="24"/>
              </w:rPr>
              <w:t xml:space="preserve"> Su</w:t>
            </w:r>
          </w:p>
          <w:p w:rsidR="009848C7" w:rsidRPr="00D536E8" w:rsidRDefault="009848C7" w:rsidP="00D536E8">
            <w:pPr>
              <w:spacing w:before="240" w:after="240"/>
              <w:rPr>
                <w:rFonts w:ascii="Times New Roman" w:hAnsi="Times New Roman" w:cs="Times New Roman"/>
                <w:sz w:val="24"/>
                <w:szCs w:val="24"/>
              </w:rPr>
            </w:pPr>
          </w:p>
        </w:tc>
        <w:tc>
          <w:tcPr>
            <w:tcW w:w="6660" w:type="dxa"/>
            <w:tcMar>
              <w:top w:w="100" w:type="dxa"/>
              <w:left w:w="120" w:type="dxa"/>
              <w:bottom w:w="100" w:type="dxa"/>
              <w:right w:w="120" w:type="dxa"/>
            </w:tcMar>
            <w:vAlign w:val="center"/>
          </w:tcPr>
          <w:p w:rsidR="00316BB8" w:rsidRPr="00D536E8" w:rsidRDefault="009848C7" w:rsidP="00D536E8">
            <w:pPr>
              <w:spacing w:before="240" w:after="240"/>
              <w:jc w:val="both"/>
              <w:rPr>
                <w:rFonts w:ascii="Times New Roman" w:hAnsi="Times New Roman" w:cs="Times New Roman"/>
                <w:color w:val="1F1F1F"/>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Var</w:t>
            </w:r>
            <w:proofErr w:type="spellEnd"/>
            <w:r w:rsidRPr="00D536E8">
              <w:rPr>
                <w:rFonts w:ascii="Times New Roman" w:hAnsi="Times New Roman" w:cs="Times New Roman"/>
                <w:color w:val="1F1F1F"/>
                <w:sz w:val="24"/>
                <w:szCs w:val="24"/>
              </w:rPr>
              <w:t xml:space="preserve">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Yok   </w:t>
            </w:r>
          </w:p>
          <w:p w:rsidR="00316BB8" w:rsidRPr="00D536E8" w:rsidRDefault="00316BB8" w:rsidP="00D536E8">
            <w:pPr>
              <w:spacing w:before="240" w:after="240"/>
              <w:jc w:val="both"/>
              <w:rPr>
                <w:rFonts w:ascii="Times New Roman" w:hAnsi="Times New Roman" w:cs="Times New Roman"/>
                <w:color w:val="1F1F1F"/>
                <w:sz w:val="24"/>
                <w:szCs w:val="24"/>
              </w:rPr>
            </w:pPr>
          </w:p>
          <w:p w:rsidR="00BB77CC" w:rsidRPr="00D536E8" w:rsidRDefault="009848C7" w:rsidP="00D536E8">
            <w:pPr>
              <w:spacing w:before="240" w:after="240"/>
              <w:jc w:val="both"/>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Sayı</w:t>
            </w:r>
            <w:proofErr w:type="spellEnd"/>
            <w:r w:rsidRPr="00D536E8">
              <w:rPr>
                <w:rFonts w:ascii="Times New Roman" w:hAnsi="Times New Roman" w:cs="Times New Roman"/>
                <w:color w:val="1F1F1F"/>
                <w:sz w:val="24"/>
                <w:szCs w:val="24"/>
              </w:rPr>
              <w:t xml:space="preserve"> / </w:t>
            </w:r>
            <w:proofErr w:type="spellStart"/>
            <w:r w:rsidRPr="00D536E8">
              <w:rPr>
                <w:rFonts w:ascii="Times New Roman" w:hAnsi="Times New Roman" w:cs="Times New Roman"/>
                <w:color w:val="1F1F1F"/>
                <w:sz w:val="24"/>
                <w:szCs w:val="24"/>
              </w:rPr>
              <w:t>mesafe</w:t>
            </w:r>
            <w:proofErr w:type="spellEnd"/>
            <w:r w:rsidRPr="00D536E8">
              <w:rPr>
                <w:rFonts w:ascii="Times New Roman" w:hAnsi="Times New Roman" w:cs="Times New Roman"/>
                <w:color w:val="1F1F1F"/>
                <w:sz w:val="24"/>
                <w:szCs w:val="24"/>
              </w:rPr>
              <w:t xml:space="preserve"> / </w:t>
            </w:r>
            <w:proofErr w:type="spellStart"/>
            <w:r w:rsidRPr="00D536E8">
              <w:rPr>
                <w:rFonts w:ascii="Times New Roman" w:hAnsi="Times New Roman" w:cs="Times New Roman"/>
                <w:color w:val="1F1F1F"/>
                <w:sz w:val="24"/>
                <w:szCs w:val="24"/>
              </w:rPr>
              <w:t>erişilebilirlik</w:t>
            </w:r>
            <w:proofErr w:type="spellEnd"/>
            <w:r w:rsidRPr="00D536E8">
              <w:rPr>
                <w:rFonts w:ascii="Times New Roman" w:hAnsi="Times New Roman" w:cs="Times New Roman"/>
                <w:color w:val="1F1F1F"/>
                <w:sz w:val="24"/>
                <w:szCs w:val="24"/>
              </w:rPr>
              <w:t>:</w:t>
            </w:r>
          </w:p>
          <w:p w:rsidR="00316BB8" w:rsidRPr="00D536E8" w:rsidRDefault="00316BB8"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r w:rsidRPr="00D536E8">
              <w:rPr>
                <w:rFonts w:ascii="Times New Roman" w:hAnsi="Times New Roman" w:cs="Times New Roman"/>
                <w:color w:val="1F1F1F"/>
                <w:sz w:val="24"/>
                <w:szCs w:val="24"/>
              </w:rPr>
              <w:t xml:space="preserve">Kamp / </w:t>
            </w:r>
            <w:proofErr w:type="spellStart"/>
            <w:r w:rsidRPr="00D536E8">
              <w:rPr>
                <w:rFonts w:ascii="Times New Roman" w:hAnsi="Times New Roman" w:cs="Times New Roman"/>
                <w:color w:val="1F1F1F"/>
                <w:sz w:val="24"/>
                <w:szCs w:val="24"/>
              </w:rPr>
              <w:t>Konaklama</w:t>
            </w:r>
            <w:proofErr w:type="spellEnd"/>
          </w:p>
          <w:p w:rsidR="009848C7" w:rsidRPr="00D536E8" w:rsidRDefault="009848C7" w:rsidP="00D536E8">
            <w:pPr>
              <w:spacing w:before="240" w:after="240"/>
              <w:rPr>
                <w:rFonts w:ascii="Times New Roman" w:hAnsi="Times New Roman" w:cs="Times New Roman"/>
                <w:sz w:val="24"/>
                <w:szCs w:val="24"/>
              </w:rPr>
            </w:pPr>
          </w:p>
        </w:tc>
        <w:tc>
          <w:tcPr>
            <w:tcW w:w="66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Var </w:t>
            </w:r>
            <w:r w:rsidRPr="00D536E8">
              <w:rPr>
                <w:rFonts w:ascii="Segoe UI Symbol" w:hAnsi="Segoe UI Symbol" w:cs="Segoe UI Symbol"/>
                <w:color w:val="1F1F1F"/>
                <w:sz w:val="24"/>
                <w:szCs w:val="24"/>
              </w:rPr>
              <w:t>☐</w:t>
            </w:r>
            <w:r w:rsidRPr="00D536E8">
              <w:rPr>
                <w:rFonts w:ascii="Times New Roman" w:hAnsi="Times New Roman" w:cs="Times New Roman"/>
                <w:color w:val="1F1F1F"/>
                <w:sz w:val="24"/>
                <w:szCs w:val="24"/>
              </w:rPr>
              <w:t xml:space="preserve"> Yok   Kapasite ve koşullar:</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Güvenlik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Hizmeti</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r w:rsidR="00B80EF5" w:rsidRPr="00D536E8">
              <w:rPr>
                <w:rFonts w:ascii="Times New Roman" w:hAnsi="Times New Roman" w:cs="Times New Roman"/>
                <w:i/>
                <w:color w:val="1F1F1F"/>
                <w:sz w:val="20"/>
                <w:szCs w:val="24"/>
              </w:rPr>
              <w:t xml:space="preserve">24 </w:t>
            </w:r>
            <w:proofErr w:type="spellStart"/>
            <w:r w:rsidR="00B80EF5" w:rsidRPr="00D536E8">
              <w:rPr>
                <w:rFonts w:ascii="Times New Roman" w:hAnsi="Times New Roman" w:cs="Times New Roman"/>
                <w:i/>
                <w:color w:val="1F1F1F"/>
                <w:sz w:val="20"/>
                <w:szCs w:val="24"/>
              </w:rPr>
              <w:t>saat</w:t>
            </w:r>
            <w:proofErr w:type="spellEnd"/>
            <w:r w:rsidR="00B80EF5" w:rsidRPr="00D536E8">
              <w:rPr>
                <w:rFonts w:ascii="Times New Roman" w:hAnsi="Times New Roman" w:cs="Times New Roman"/>
                <w:i/>
                <w:color w:val="1F1F1F"/>
                <w:sz w:val="20"/>
                <w:szCs w:val="24"/>
              </w:rPr>
              <w:t xml:space="preserve"> plan, </w:t>
            </w:r>
            <w:proofErr w:type="spellStart"/>
            <w:r w:rsidR="00B80EF5" w:rsidRPr="00D536E8">
              <w:rPr>
                <w:rFonts w:ascii="Times New Roman" w:hAnsi="Times New Roman" w:cs="Times New Roman"/>
                <w:i/>
                <w:color w:val="1F1F1F"/>
                <w:sz w:val="20"/>
                <w:szCs w:val="24"/>
              </w:rPr>
              <w:t>personel</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sayısı</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giriş-çıkış</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ve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çevre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güvenliği</w:t>
            </w:r>
            <w:proofErr w:type="spellEnd"/>
            <w:r w:rsidRPr="00D536E8">
              <w:rPr>
                <w:rFonts w:ascii="Times New Roman" w:hAnsi="Times New Roman" w:cs="Times New Roman"/>
                <w:i/>
                <w:color w:val="1F1F1F"/>
                <w:sz w:val="24"/>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Sağlık</w:t>
            </w:r>
            <w:proofErr w:type="spellEnd"/>
            <w:r w:rsidRPr="00D536E8">
              <w:rPr>
                <w:rFonts w:ascii="Times New Roman" w:hAnsi="Times New Roman" w:cs="Times New Roman"/>
                <w:color w:val="1F1F1F"/>
                <w:sz w:val="24"/>
                <w:szCs w:val="24"/>
              </w:rPr>
              <w:t xml:space="preserve"> / </w:t>
            </w:r>
            <w:proofErr w:type="spellStart"/>
            <w:r w:rsidRPr="00D536E8">
              <w:rPr>
                <w:rFonts w:ascii="Times New Roman" w:hAnsi="Times New Roman" w:cs="Times New Roman"/>
                <w:color w:val="1F1F1F"/>
                <w:sz w:val="24"/>
                <w:szCs w:val="24"/>
              </w:rPr>
              <w:t>Ambulans</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00B80EF5" w:rsidRPr="00D536E8">
              <w:rPr>
                <w:rFonts w:ascii="Times New Roman" w:hAnsi="Times New Roman" w:cs="Times New Roman"/>
                <w:i/>
                <w:color w:val="1F1F1F"/>
                <w:sz w:val="20"/>
                <w:szCs w:val="24"/>
              </w:rPr>
              <w:t>Sağlık</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personeli</w:t>
            </w:r>
            <w:proofErr w:type="spellEnd"/>
            <w:r w:rsidR="00B80EF5" w:rsidRPr="00D536E8">
              <w:rPr>
                <w:rFonts w:ascii="Times New Roman" w:hAnsi="Times New Roman" w:cs="Times New Roman"/>
                <w:i/>
                <w:color w:val="1F1F1F"/>
                <w:sz w:val="20"/>
                <w:szCs w:val="24"/>
              </w:rPr>
              <w:t xml:space="preserve">, ilk </w:t>
            </w:r>
            <w:proofErr w:type="spellStart"/>
            <w:r w:rsidR="00B80EF5" w:rsidRPr="00D536E8">
              <w:rPr>
                <w:rFonts w:ascii="Times New Roman" w:hAnsi="Times New Roman" w:cs="Times New Roman"/>
                <w:i/>
                <w:color w:val="1F1F1F"/>
                <w:sz w:val="20"/>
                <w:szCs w:val="24"/>
              </w:rPr>
              <w:t>yardım</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noktası</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ambulans</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ve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en</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yakın</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sağlık</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kuruluşu</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lastRenderedPageBreak/>
              <w:t>Yangın</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Acil</w:t>
            </w:r>
            <w:proofErr w:type="spellEnd"/>
            <w:r w:rsidRPr="00D536E8">
              <w:rPr>
                <w:rFonts w:ascii="Times New Roman" w:hAnsi="Times New Roman" w:cs="Times New Roman"/>
                <w:color w:val="1F1F1F"/>
                <w:sz w:val="24"/>
                <w:szCs w:val="24"/>
              </w:rPr>
              <w:t xml:space="preserve"> Durum</w:t>
            </w:r>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00B80EF5" w:rsidRPr="00D536E8">
              <w:rPr>
                <w:rFonts w:ascii="Times New Roman" w:hAnsi="Times New Roman" w:cs="Times New Roman"/>
                <w:i/>
                <w:color w:val="1F1F1F"/>
                <w:sz w:val="20"/>
                <w:szCs w:val="24"/>
              </w:rPr>
              <w:t>Söndürme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ekipmanı</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toplanma</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alanı</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tahliye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ve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iletişim</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zinciri</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Hava</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Çevresel</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Riskler</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00B80EF5" w:rsidRPr="00D536E8">
              <w:rPr>
                <w:rFonts w:ascii="Times New Roman" w:hAnsi="Times New Roman" w:cs="Times New Roman"/>
                <w:i/>
                <w:color w:val="1F1F1F"/>
                <w:sz w:val="20"/>
                <w:szCs w:val="24"/>
              </w:rPr>
              <w:t>Rüzgâr</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yağış</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sıcaklık</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yaban</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hayatı</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arazi</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ve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diğer</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risklere</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yönelik</w:t>
            </w:r>
            <w:proofErr w:type="spellEnd"/>
            <w:r w:rsidR="00B80EF5" w:rsidRPr="00D536E8">
              <w:rPr>
                <w:rFonts w:ascii="Times New Roman" w:hAnsi="Times New Roman" w:cs="Times New Roman"/>
                <w:i/>
                <w:color w:val="1F1F1F"/>
                <w:sz w:val="20"/>
                <w:szCs w:val="24"/>
              </w:rPr>
              <w:t xml:space="preserve"> </w:t>
            </w:r>
            <w:proofErr w:type="spellStart"/>
            <w:r w:rsidR="00B80EF5" w:rsidRPr="00D536E8">
              <w:rPr>
                <w:rFonts w:ascii="Times New Roman" w:hAnsi="Times New Roman" w:cs="Times New Roman"/>
                <w:i/>
                <w:color w:val="1F1F1F"/>
                <w:sz w:val="20"/>
                <w:szCs w:val="24"/>
              </w:rPr>
              <w:t>tedbirler</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26" w:name="_Toc237421428"/>
      <w:r w:rsidRPr="00D536E8">
        <w:rPr>
          <w:rFonts w:ascii="Times New Roman" w:hAnsi="Times New Roman" w:cs="Times New Roman"/>
          <w:color w:val="C00000"/>
          <w:sz w:val="24"/>
          <w:szCs w:val="24"/>
        </w:rPr>
        <w:t>LOJİSTİK VE KOORDİNASYON</w:t>
      </w:r>
      <w:bookmarkEnd w:id="26"/>
    </w:p>
    <w:p w:rsidR="00575BAA" w:rsidRPr="00667D69" w:rsidRDefault="00667D69"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7" w:name="_Toc237421429"/>
      <w:proofErr w:type="spellStart"/>
      <w:r w:rsidRPr="00667D69">
        <w:rPr>
          <w:rFonts w:ascii="Times New Roman" w:hAnsi="Times New Roman" w:cs="Times New Roman"/>
          <w:color w:val="000000" w:themeColor="text1"/>
          <w:sz w:val="24"/>
          <w:szCs w:val="24"/>
        </w:rPr>
        <w:t>Lojistik</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Koordinasyon</w:t>
      </w:r>
      <w:bookmarkEnd w:id="27"/>
      <w:proofErr w:type="spellEnd"/>
      <w:r w:rsidRPr="00667D69">
        <w:rPr>
          <w:rFonts w:ascii="Times New Roman" w:hAnsi="Times New Roman" w:cs="Times New Roman"/>
          <w:color w:val="000000" w:themeColor="text1"/>
          <w:sz w:val="24"/>
          <w:szCs w:val="24"/>
        </w:rPr>
        <w:t xml:space="preserve"> </w:t>
      </w:r>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Bilgi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Ulaşım</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Erişim</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Toplu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taşıma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servis</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yol</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durumu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yönlendirme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özel</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gereksinimli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erişimi</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Otopark ve Araç Yönetimi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Ekipman Teslim Alma, Taşıma ve İade Planı</w:t>
            </w:r>
          </w:p>
        </w:tc>
        <w:tc>
          <w:tcPr>
            <w:tcW w:w="6660" w:type="dxa"/>
            <w:tcMar>
              <w:top w:w="100" w:type="dxa"/>
              <w:left w:w="120" w:type="dxa"/>
              <w:bottom w:w="100" w:type="dxa"/>
              <w:right w:w="120" w:type="dxa"/>
            </w:tcMar>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Araç türü/plakası (biliniyorsa), teslim alacak sorumlu, yükleme-boşaltma yöntemi, geçici muhafaza, etkinlik alanına taşıma, kayıp/çalınma/hasar risklerine karşı alınacak tedbirler ve TÜBİTAK’ın belirleyeceği lokasyona iade planı:</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Uzmanların Ulaşım / Konaklaması</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Yerel Kurum İş Birlikleri</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r w:rsidRPr="00D536E8">
              <w:rPr>
                <w:rFonts w:ascii="Times New Roman" w:hAnsi="Times New Roman" w:cs="Times New Roman"/>
                <w:color w:val="1F1F1F"/>
                <w:sz w:val="24"/>
                <w:szCs w:val="24"/>
              </w:rPr>
              <w:lastRenderedPageBreak/>
              <w:t xml:space="preserve">TÜBİTAK </w:t>
            </w:r>
            <w:proofErr w:type="spellStart"/>
            <w:r w:rsidRPr="00D536E8">
              <w:rPr>
                <w:rFonts w:ascii="Times New Roman" w:hAnsi="Times New Roman" w:cs="Times New Roman"/>
                <w:color w:val="1F1F1F"/>
                <w:sz w:val="24"/>
                <w:szCs w:val="24"/>
              </w:rPr>
              <w:t>ile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Koordinasyon</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İrtibat</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kişisi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bilgi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akışı</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onay</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raporlama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düzeni</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Atık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Çevre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Yönetimi</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 xml:space="preserve">(Alan </w:t>
            </w:r>
            <w:proofErr w:type="spellStart"/>
            <w:r w:rsidRPr="00D536E8">
              <w:rPr>
                <w:rFonts w:ascii="Times New Roman" w:hAnsi="Times New Roman" w:cs="Times New Roman"/>
                <w:i/>
                <w:color w:val="1F1F1F"/>
                <w:sz w:val="20"/>
                <w:szCs w:val="24"/>
              </w:rPr>
              <w:t>temizliği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tek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kullanımlık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malzeme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ışık</w:t>
            </w:r>
            <w:proofErr w:type="spellEnd"/>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ses</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kontrolü</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doğanın</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korunması</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207CEC" w:rsidRPr="00D536E8">
        <w:trPr>
          <w:cantSplit/>
          <w:jc w:val="center"/>
        </w:trPr>
        <w:tc>
          <w:tcPr>
            <w:tcW w:w="2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Ekipman Lojistik Sorumlusu</w:t>
            </w:r>
          </w:p>
        </w:tc>
        <w:tc>
          <w:tcPr>
            <w:tcW w:w="6660"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Ad Soyad / Ünvan / Telefon / E-posta:</w:t>
            </w:r>
          </w:p>
        </w:tc>
      </w:tr>
    </w:tbl>
    <w:p w:rsidR="00BB77CC" w:rsidRDefault="00BB77CC" w:rsidP="00D536E8">
      <w:pPr>
        <w:spacing w:before="240" w:after="240" w:line="240" w:lineRule="auto"/>
        <w:jc w:val="both"/>
        <w:rPr>
          <w:rFonts w:ascii="Times New Roman" w:hAnsi="Times New Roman" w:cs="Times New Roman"/>
          <w:sz w:val="24"/>
          <w:szCs w:val="24"/>
        </w:rPr>
      </w:pPr>
    </w:p>
    <w:p w:rsidR="00667D69" w:rsidRDefault="00667D69" w:rsidP="00D536E8">
      <w:pPr>
        <w:spacing w:before="240" w:after="240" w:line="240" w:lineRule="auto"/>
        <w:jc w:val="both"/>
        <w:rPr>
          <w:rFonts w:ascii="Times New Roman" w:hAnsi="Times New Roman" w:cs="Times New Roman"/>
          <w:sz w:val="24"/>
          <w:szCs w:val="24"/>
        </w:rPr>
      </w:pPr>
    </w:p>
    <w:p w:rsidR="00667D69" w:rsidRDefault="00667D69" w:rsidP="00D536E8">
      <w:pPr>
        <w:spacing w:before="240" w:after="240" w:line="240" w:lineRule="auto"/>
        <w:jc w:val="both"/>
        <w:rPr>
          <w:rFonts w:ascii="Times New Roman" w:hAnsi="Times New Roman" w:cs="Times New Roman"/>
          <w:sz w:val="24"/>
          <w:szCs w:val="24"/>
        </w:rPr>
      </w:pPr>
    </w:p>
    <w:p w:rsidR="00667D69" w:rsidRDefault="00667D69" w:rsidP="00D536E8">
      <w:pPr>
        <w:spacing w:before="240" w:after="240" w:line="240" w:lineRule="auto"/>
        <w:jc w:val="both"/>
        <w:rPr>
          <w:rFonts w:ascii="Times New Roman" w:hAnsi="Times New Roman" w:cs="Times New Roman"/>
          <w:sz w:val="24"/>
          <w:szCs w:val="24"/>
        </w:rPr>
      </w:pPr>
    </w:p>
    <w:p w:rsidR="00667D69" w:rsidRPr="00D536E8" w:rsidRDefault="00667D69" w:rsidP="00D536E8">
      <w:pPr>
        <w:spacing w:before="240" w:after="240" w:line="240" w:lineRule="auto"/>
        <w:jc w:val="both"/>
        <w:rPr>
          <w:rFonts w:ascii="Times New Roman" w:hAnsi="Times New Roman" w:cs="Times New Roman"/>
          <w:sz w:val="24"/>
          <w:szCs w:val="24"/>
        </w:rPr>
      </w:pPr>
    </w:p>
    <w:p w:rsidR="00D536E8" w:rsidRPr="00667D69" w:rsidRDefault="00D536E8" w:rsidP="00D536E8">
      <w:pPr>
        <w:pStyle w:val="Balk2"/>
        <w:spacing w:before="240" w:after="240" w:line="240" w:lineRule="auto"/>
        <w:rPr>
          <w:rFonts w:ascii="Times New Roman" w:hAnsi="Times New Roman" w:cs="Times New Roman"/>
          <w:color w:val="000000" w:themeColor="text1"/>
          <w:sz w:val="24"/>
          <w:szCs w:val="24"/>
        </w:rPr>
      </w:pPr>
    </w:p>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8" w:name="_Toc237421430"/>
      <w:proofErr w:type="spellStart"/>
      <w:r w:rsidRPr="00667D69">
        <w:rPr>
          <w:rFonts w:ascii="Times New Roman" w:hAnsi="Times New Roman" w:cs="Times New Roman"/>
          <w:color w:val="000000" w:themeColor="text1"/>
          <w:sz w:val="24"/>
          <w:szCs w:val="24"/>
        </w:rPr>
        <w:t>Görev</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Koordinasyon</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Matrisi</w:t>
      </w:r>
      <w:bookmarkEnd w:id="28"/>
      <w:proofErr w:type="spellEnd"/>
    </w:p>
    <w:tbl>
      <w:tblPr>
        <w:tblStyle w:val="TabloKlavuzu"/>
        <w:tblW w:w="9360" w:type="dxa"/>
        <w:jc w:val="center"/>
        <w:tblLayout w:type="fixed"/>
        <w:tblLook w:val="04A0" w:firstRow="1" w:lastRow="0" w:firstColumn="1" w:lastColumn="0" w:noHBand="0" w:noVBand="1"/>
      </w:tblPr>
      <w:tblGrid>
        <w:gridCol w:w="2000"/>
        <w:gridCol w:w="1800"/>
        <w:gridCol w:w="1900"/>
        <w:gridCol w:w="1950"/>
        <w:gridCol w:w="1710"/>
      </w:tblGrid>
      <w:tr w:rsidR="00BB77CC" w:rsidRPr="00D536E8" w:rsidTr="008665D8">
        <w:trPr>
          <w:cantSplit/>
          <w:tblHeader/>
          <w:jc w:val="center"/>
        </w:trPr>
        <w:tc>
          <w:tcPr>
            <w:tcW w:w="20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Faaliyet</w:t>
            </w:r>
            <w:proofErr w:type="spellEnd"/>
          </w:p>
        </w:tc>
        <w:tc>
          <w:tcPr>
            <w:tcW w:w="18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Başvuru Sahibi</w:t>
            </w:r>
          </w:p>
        </w:tc>
        <w:tc>
          <w:tcPr>
            <w:tcW w:w="19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Paydaş / Yerel Kurum</w:t>
            </w:r>
          </w:p>
        </w:tc>
        <w:tc>
          <w:tcPr>
            <w:tcW w:w="195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TÜBİTAK'tan Beklenen</w:t>
            </w:r>
          </w:p>
        </w:tc>
        <w:tc>
          <w:tcPr>
            <w:tcW w:w="171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Tamamlanma Tarihi</w:t>
            </w:r>
          </w:p>
        </w:tc>
      </w:tr>
      <w:tr w:rsidR="00BB77CC" w:rsidRPr="00D536E8" w:rsidTr="008665D8">
        <w:trPr>
          <w:cantSplit/>
          <w:jc w:val="center"/>
        </w:trPr>
        <w:tc>
          <w:tcPr>
            <w:tcW w:w="20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5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1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rsidTr="008665D8">
        <w:trPr>
          <w:cantSplit/>
          <w:jc w:val="center"/>
        </w:trPr>
        <w:tc>
          <w:tcPr>
            <w:tcW w:w="20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5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1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rsidTr="008665D8">
        <w:trPr>
          <w:cantSplit/>
          <w:jc w:val="center"/>
        </w:trPr>
        <w:tc>
          <w:tcPr>
            <w:tcW w:w="20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5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1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rsidTr="008665D8">
        <w:trPr>
          <w:cantSplit/>
          <w:jc w:val="center"/>
        </w:trPr>
        <w:tc>
          <w:tcPr>
            <w:tcW w:w="20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8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95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71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29" w:name="_Toc237421431"/>
      <w:proofErr w:type="spellStart"/>
      <w:r w:rsidRPr="00667D69">
        <w:rPr>
          <w:rFonts w:ascii="Times New Roman" w:hAnsi="Times New Roman" w:cs="Times New Roman"/>
          <w:color w:val="000000" w:themeColor="text1"/>
          <w:sz w:val="24"/>
          <w:szCs w:val="24"/>
        </w:rPr>
        <w:t>Diğer</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Destek</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İş</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Birlikleri</w:t>
      </w:r>
      <w:bookmarkEnd w:id="29"/>
      <w:proofErr w:type="spellEnd"/>
    </w:p>
    <w:tbl>
      <w:tblPr>
        <w:tblStyle w:val="TabloKlavuzu"/>
        <w:tblW w:w="9360" w:type="dxa"/>
        <w:jc w:val="center"/>
        <w:tblLayout w:type="fixed"/>
        <w:tblLook w:val="04A0" w:firstRow="1" w:lastRow="0" w:firstColumn="1" w:lastColumn="0" w:noHBand="0" w:noVBand="1"/>
      </w:tblPr>
      <w:tblGrid>
        <w:gridCol w:w="2300"/>
        <w:gridCol w:w="3200"/>
        <w:gridCol w:w="1600"/>
        <w:gridCol w:w="2260"/>
      </w:tblGrid>
      <w:tr w:rsidR="00BB77CC" w:rsidRPr="00D536E8">
        <w:trPr>
          <w:cantSplit/>
          <w:tblHeader/>
          <w:jc w:val="center"/>
        </w:trPr>
        <w:tc>
          <w:tcPr>
            <w:tcW w:w="23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Kurum</w:t>
            </w:r>
            <w:proofErr w:type="spellEnd"/>
            <w:r w:rsidRPr="00D536E8">
              <w:rPr>
                <w:rFonts w:ascii="Times New Roman" w:hAnsi="Times New Roman" w:cs="Times New Roman"/>
                <w:b/>
                <w:color w:val="1F1F1F"/>
                <w:sz w:val="24"/>
                <w:szCs w:val="24"/>
              </w:rPr>
              <w:t xml:space="preserve"> / </w:t>
            </w:r>
            <w:proofErr w:type="spellStart"/>
            <w:r w:rsidRPr="00D536E8">
              <w:rPr>
                <w:rFonts w:ascii="Times New Roman" w:hAnsi="Times New Roman" w:cs="Times New Roman"/>
                <w:b/>
                <w:color w:val="1F1F1F"/>
                <w:sz w:val="24"/>
                <w:szCs w:val="24"/>
              </w:rPr>
              <w:t>Kuruluş</w:t>
            </w:r>
            <w:proofErr w:type="spellEnd"/>
          </w:p>
        </w:tc>
        <w:tc>
          <w:tcPr>
            <w:tcW w:w="32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Desteğin Mahiyeti</w:t>
            </w:r>
          </w:p>
        </w:tc>
        <w:tc>
          <w:tcPr>
            <w:tcW w:w="16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Nakdi Değer (Varsa)</w:t>
            </w:r>
          </w:p>
        </w:tc>
        <w:tc>
          <w:tcPr>
            <w:tcW w:w="22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Sorumluluk / Taahhüt Belgesi</w:t>
            </w:r>
          </w:p>
        </w:tc>
      </w:tr>
      <w:tr w:rsidR="00BB77CC" w:rsidRPr="00D536E8">
        <w:trPr>
          <w:cantSplit/>
          <w:jc w:val="center"/>
        </w:trPr>
        <w:tc>
          <w:tcPr>
            <w:tcW w:w="23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2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3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2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3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2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6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2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D536E8" w:rsidRDefault="00BB77CC" w:rsidP="00D536E8">
      <w:pPr>
        <w:spacing w:before="240" w:after="240" w:line="240" w:lineRule="auto"/>
        <w:jc w:val="both"/>
        <w:rPr>
          <w:rFonts w:ascii="Times New Roman" w:hAnsi="Times New Roman" w:cs="Times New Roman"/>
          <w:sz w:val="24"/>
          <w:szCs w:val="24"/>
        </w:rPr>
      </w:pPr>
    </w:p>
    <w:p w:rsidR="00BB77CC" w:rsidRPr="00D536E8" w:rsidRDefault="00667D69" w:rsidP="00D536E8">
      <w:pPr>
        <w:pStyle w:val="Balk1"/>
        <w:numPr>
          <w:ilvl w:val="0"/>
          <w:numId w:val="13"/>
        </w:numPr>
        <w:spacing w:before="240" w:after="240" w:line="240" w:lineRule="auto"/>
        <w:rPr>
          <w:rFonts w:ascii="Times New Roman" w:hAnsi="Times New Roman" w:cs="Times New Roman"/>
          <w:color w:val="C00000"/>
          <w:sz w:val="24"/>
          <w:szCs w:val="24"/>
        </w:rPr>
      </w:pPr>
      <w:bookmarkStart w:id="30" w:name="_Toc237421432"/>
      <w:r>
        <w:rPr>
          <w:rFonts w:ascii="Times New Roman" w:hAnsi="Times New Roman" w:cs="Times New Roman"/>
          <w:color w:val="C00000"/>
          <w:sz w:val="24"/>
          <w:szCs w:val="24"/>
        </w:rPr>
        <w:t>SONUÇLANDIRMA</w:t>
      </w:r>
      <w:bookmarkEnd w:id="30"/>
    </w:p>
    <w:tbl>
      <w:tblPr>
        <w:tblStyle w:val="TabloKlavuzu"/>
        <w:tblW w:w="9360" w:type="dxa"/>
        <w:jc w:val="center"/>
        <w:tblLayout w:type="fixed"/>
        <w:tblLook w:val="04A0" w:firstRow="1" w:lastRow="0" w:firstColumn="1" w:lastColumn="0" w:noHBand="0" w:noVBand="1"/>
      </w:tblPr>
      <w:tblGrid>
        <w:gridCol w:w="2700"/>
        <w:gridCol w:w="66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Bilgi</w:t>
            </w:r>
            <w:proofErr w:type="spellEnd"/>
            <w:r w:rsidRPr="00D536E8">
              <w:rPr>
                <w:rFonts w:ascii="Times New Roman" w:hAnsi="Times New Roman" w:cs="Times New Roman"/>
                <w:b/>
                <w:color w:val="1F1F1F"/>
                <w:sz w:val="24"/>
                <w:szCs w:val="24"/>
              </w:rPr>
              <w:t xml:space="preserve"> Alanı</w:t>
            </w:r>
          </w:p>
        </w:tc>
        <w:tc>
          <w:tcPr>
            <w:tcW w:w="6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Açıklama</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Katılımcı</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Sayım</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Yöntemi</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Kayıt</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turnike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oturum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çizelgesi</w:t>
            </w:r>
            <w:proofErr w:type="spellEnd"/>
            <w:r w:rsidRPr="00D536E8">
              <w:rPr>
                <w:rFonts w:ascii="Times New Roman" w:hAnsi="Times New Roman" w:cs="Times New Roman"/>
                <w:i/>
                <w:color w:val="1F1F1F"/>
                <w:sz w:val="20"/>
                <w:szCs w:val="24"/>
              </w:rPr>
              <w:t xml:space="preserve"> vb.)</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Memnuniyet</w:t>
            </w:r>
            <w:proofErr w:type="spellEnd"/>
            <w:r w:rsidRPr="00D536E8">
              <w:rPr>
                <w:rFonts w:ascii="Times New Roman" w:hAnsi="Times New Roman" w:cs="Times New Roman"/>
                <w:color w:val="1F1F1F"/>
                <w:sz w:val="24"/>
                <w:szCs w:val="24"/>
              </w:rPr>
              <w:t xml:space="preserve"> / Geri </w:t>
            </w:r>
            <w:proofErr w:type="spellStart"/>
            <w:r w:rsidRPr="00D536E8">
              <w:rPr>
                <w:rFonts w:ascii="Times New Roman" w:hAnsi="Times New Roman" w:cs="Times New Roman"/>
                <w:color w:val="1F1F1F"/>
                <w:sz w:val="24"/>
                <w:szCs w:val="24"/>
              </w:rPr>
              <w:t>Bildirim</w:t>
            </w:r>
            <w:proofErr w:type="spellEnd"/>
          </w:p>
          <w:p w:rsidR="009848C7" w:rsidRPr="00D536E8" w:rsidRDefault="009848C7" w:rsidP="00D536E8">
            <w:pPr>
              <w:spacing w:before="240" w:after="240"/>
              <w:rPr>
                <w:rFonts w:ascii="Times New Roman" w:hAnsi="Times New Roman" w:cs="Times New Roman"/>
                <w:i/>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Anket</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görüşme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veya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dijital</w:t>
            </w:r>
            <w:proofErr w:type="spellEnd"/>
            <w:r w:rsidRPr="00D536E8">
              <w:rPr>
                <w:rFonts w:ascii="Times New Roman" w:hAnsi="Times New Roman" w:cs="Times New Roman"/>
                <w:i/>
                <w:color w:val="1F1F1F"/>
                <w:sz w:val="20"/>
                <w:szCs w:val="24"/>
              </w:rPr>
              <w:t xml:space="preserve"> form </w:t>
            </w:r>
            <w:proofErr w:type="spellStart"/>
            <w:r w:rsidRPr="00D536E8">
              <w:rPr>
                <w:rFonts w:ascii="Times New Roman" w:hAnsi="Times New Roman" w:cs="Times New Roman"/>
                <w:i/>
                <w:color w:val="1F1F1F"/>
                <w:sz w:val="20"/>
                <w:szCs w:val="24"/>
              </w:rPr>
              <w:t>yöntemi</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lastRenderedPageBreak/>
              <w:t>Bilimsel</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İçerik</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Öğrenme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Çıktıları</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0"/>
                <w:szCs w:val="24"/>
              </w:rPr>
              <w:t>(</w:t>
            </w:r>
            <w:proofErr w:type="spellStart"/>
            <w:r w:rsidRPr="00D536E8">
              <w:rPr>
                <w:rFonts w:ascii="Times New Roman" w:hAnsi="Times New Roman" w:cs="Times New Roman"/>
                <w:i/>
                <w:color w:val="1F1F1F"/>
                <w:sz w:val="20"/>
                <w:szCs w:val="24"/>
              </w:rPr>
              <w:t>Ölçülecek</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göstergeler</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yöntem</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Görsel</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Kayıt</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ve</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Arşivleme</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Fotoğraf</w:t>
            </w:r>
            <w:proofErr w:type="spellEnd"/>
            <w:r w:rsidRPr="00D536E8">
              <w:rPr>
                <w:rFonts w:ascii="Times New Roman" w:hAnsi="Times New Roman" w:cs="Times New Roman"/>
                <w:i/>
                <w:color w:val="1F1F1F"/>
                <w:sz w:val="20"/>
                <w:szCs w:val="24"/>
              </w:rPr>
              <w:t xml:space="preserve">/video </w:t>
            </w:r>
            <w:proofErr w:type="spellStart"/>
            <w:r w:rsidRPr="00D536E8">
              <w:rPr>
                <w:rFonts w:ascii="Times New Roman" w:hAnsi="Times New Roman" w:cs="Times New Roman"/>
                <w:i/>
                <w:color w:val="1F1F1F"/>
                <w:sz w:val="20"/>
                <w:szCs w:val="24"/>
              </w:rPr>
              <w:t>izinleri</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arşiv</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sorumlusu</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color w:val="1F1F1F"/>
                <w:sz w:val="24"/>
                <w:szCs w:val="24"/>
              </w:rPr>
            </w:pPr>
            <w:proofErr w:type="spellStart"/>
            <w:r w:rsidRPr="00D536E8">
              <w:rPr>
                <w:rFonts w:ascii="Times New Roman" w:hAnsi="Times New Roman" w:cs="Times New Roman"/>
                <w:color w:val="1F1F1F"/>
                <w:sz w:val="24"/>
                <w:szCs w:val="24"/>
              </w:rPr>
              <w:t>Sonuç</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Raporu</w:t>
            </w:r>
            <w:proofErr w:type="spellEnd"/>
          </w:p>
          <w:p w:rsidR="009848C7"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i/>
                <w:color w:val="1F1F1F"/>
                <w:sz w:val="20"/>
                <w:szCs w:val="24"/>
              </w:rPr>
              <w:t>(</w:t>
            </w:r>
            <w:proofErr w:type="spellStart"/>
            <w:r w:rsidRPr="00D536E8">
              <w:rPr>
                <w:rFonts w:ascii="Times New Roman" w:hAnsi="Times New Roman" w:cs="Times New Roman"/>
                <w:i/>
                <w:color w:val="1F1F1F"/>
                <w:sz w:val="20"/>
                <w:szCs w:val="24"/>
              </w:rPr>
              <w:t>Hazırlama</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sorumlusu</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ve</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planlanan</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teslim</w:t>
            </w:r>
            <w:proofErr w:type="spellEnd"/>
            <w:r w:rsidRPr="00D536E8">
              <w:rPr>
                <w:rFonts w:ascii="Times New Roman" w:hAnsi="Times New Roman" w:cs="Times New Roman"/>
                <w:i/>
                <w:color w:val="1F1F1F"/>
                <w:sz w:val="20"/>
                <w:szCs w:val="24"/>
              </w:rPr>
              <w:t xml:space="preserve"> </w:t>
            </w:r>
            <w:proofErr w:type="spellStart"/>
            <w:r w:rsidRPr="00D536E8">
              <w:rPr>
                <w:rFonts w:ascii="Times New Roman" w:hAnsi="Times New Roman" w:cs="Times New Roman"/>
                <w:i/>
                <w:color w:val="1F1F1F"/>
                <w:sz w:val="20"/>
                <w:szCs w:val="24"/>
              </w:rPr>
              <w:t>tarihi</w:t>
            </w:r>
            <w:proofErr w:type="spellEnd"/>
            <w:r w:rsidRPr="00D536E8">
              <w:rPr>
                <w:rFonts w:ascii="Times New Roman" w:hAnsi="Times New Roman" w:cs="Times New Roman"/>
                <w:i/>
                <w:color w:val="1F1F1F"/>
                <w:sz w:val="20"/>
                <w:szCs w:val="24"/>
              </w:rPr>
              <w:t>)</w:t>
            </w:r>
          </w:p>
        </w:tc>
        <w:tc>
          <w:tcPr>
            <w:tcW w:w="66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bl>
    <w:p w:rsidR="00BB77CC" w:rsidRPr="00D536E8" w:rsidRDefault="00BB77CC" w:rsidP="00D536E8">
      <w:pPr>
        <w:spacing w:before="240" w:after="240" w:line="240" w:lineRule="auto"/>
        <w:jc w:val="both"/>
        <w:rPr>
          <w:rFonts w:ascii="Times New Roman" w:hAnsi="Times New Roman" w:cs="Times New Roman"/>
          <w:sz w:val="24"/>
          <w:szCs w:val="24"/>
        </w:rPr>
      </w:pPr>
    </w:p>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31" w:name="_Toc237421433"/>
      <w:r w:rsidRPr="00D536E8">
        <w:rPr>
          <w:rFonts w:ascii="Times New Roman" w:hAnsi="Times New Roman" w:cs="Times New Roman"/>
          <w:color w:val="C00000"/>
          <w:sz w:val="24"/>
          <w:szCs w:val="24"/>
        </w:rPr>
        <w:t>FİKRÎ VE SINAİ MÜLKİYET, KİŞİSEL VERİLER VE İZİNLER</w:t>
      </w:r>
      <w:bookmarkEnd w:id="31"/>
    </w:p>
    <w:tbl>
      <w:tblPr>
        <w:tblStyle w:val="TabloKlavuzu"/>
        <w:tblW w:w="0" w:type="auto"/>
        <w:tblLook w:val="04A0" w:firstRow="1" w:lastRow="0" w:firstColumn="1" w:lastColumn="0" w:noHBand="0" w:noVBand="1"/>
      </w:tblPr>
      <w:tblGrid>
        <w:gridCol w:w="4814"/>
        <w:gridCol w:w="4814"/>
      </w:tblGrid>
      <w:tr w:rsidR="00207CEC" w:rsidRPr="00D536E8" w:rsidTr="00667D69">
        <w:trPr>
          <w:cantSplit/>
          <w:tblHeader/>
        </w:trPr>
        <w:tc>
          <w:tcPr>
            <w:tcW w:w="4814" w:type="dxa"/>
          </w:tcPr>
          <w:p w:rsidR="00207CEC" w:rsidRPr="00D536E8" w:rsidRDefault="00316BB8" w:rsidP="00D536E8">
            <w:pPr>
              <w:spacing w:before="240" w:after="240"/>
              <w:jc w:val="center"/>
              <w:rPr>
                <w:rFonts w:ascii="Times New Roman" w:hAnsi="Times New Roman" w:cs="Times New Roman"/>
                <w:b/>
                <w:sz w:val="24"/>
                <w:szCs w:val="24"/>
              </w:rPr>
            </w:pPr>
            <w:proofErr w:type="spellStart"/>
            <w:r w:rsidRPr="00D536E8">
              <w:rPr>
                <w:rFonts w:ascii="Times New Roman" w:hAnsi="Times New Roman" w:cs="Times New Roman"/>
                <w:b/>
                <w:sz w:val="24"/>
                <w:szCs w:val="24"/>
              </w:rPr>
              <w:t>Bilgi</w:t>
            </w:r>
            <w:proofErr w:type="spellEnd"/>
            <w:r w:rsidRPr="00D536E8">
              <w:rPr>
                <w:rFonts w:ascii="Times New Roman" w:hAnsi="Times New Roman" w:cs="Times New Roman"/>
                <w:b/>
                <w:sz w:val="24"/>
                <w:szCs w:val="24"/>
              </w:rPr>
              <w:t xml:space="preserve"> Alanı</w:t>
            </w:r>
          </w:p>
        </w:tc>
        <w:tc>
          <w:tcPr>
            <w:tcW w:w="4814" w:type="dxa"/>
          </w:tcPr>
          <w:p w:rsidR="00207CEC" w:rsidRPr="00D536E8" w:rsidRDefault="00316BB8" w:rsidP="00D536E8">
            <w:pPr>
              <w:spacing w:before="240" w:after="240"/>
              <w:jc w:val="center"/>
              <w:rPr>
                <w:rFonts w:ascii="Times New Roman" w:hAnsi="Times New Roman" w:cs="Times New Roman"/>
                <w:b/>
                <w:sz w:val="24"/>
                <w:szCs w:val="24"/>
              </w:rPr>
            </w:pPr>
            <w:r w:rsidRPr="00D536E8">
              <w:rPr>
                <w:rFonts w:ascii="Times New Roman" w:hAnsi="Times New Roman" w:cs="Times New Roman"/>
                <w:b/>
                <w:sz w:val="24"/>
                <w:szCs w:val="24"/>
              </w:rPr>
              <w:t>Açıklama</w:t>
            </w:r>
          </w:p>
        </w:tc>
      </w:tr>
      <w:tr w:rsidR="00207CEC" w:rsidRPr="00D536E8" w:rsidTr="00667D69">
        <w:trPr>
          <w:cantSplit/>
        </w:trPr>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Kullanılacak Üçüncü Taraf İçerikleri</w:t>
            </w:r>
          </w:p>
        </w:tc>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Görsel, müzik, yazılım, tasarım, yayın, marka vb. içerikler ve kullanım/lisans izinleri:</w:t>
            </w:r>
          </w:p>
        </w:tc>
      </w:tr>
      <w:tr w:rsidR="00207CEC" w:rsidRPr="00D536E8" w:rsidTr="00667D69">
        <w:trPr>
          <w:cantSplit/>
        </w:trPr>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Etkinlikte Üretilecek Eser ve İçerikler</w:t>
            </w:r>
          </w:p>
        </w:tc>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Eğitim materyali, sunum, fotoğraf, video, yazılım, tasarım vb. muhtemel çıktılar ve hak sahipliği yaklaşımı:</w:t>
            </w:r>
          </w:p>
        </w:tc>
      </w:tr>
      <w:tr w:rsidR="00207CEC" w:rsidRPr="00D536E8" w:rsidTr="00667D69">
        <w:trPr>
          <w:cantSplit/>
        </w:trPr>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Görüntü/Ses ve Kişisel Veri İzinleri</w:t>
            </w:r>
          </w:p>
        </w:tc>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Açık rıza, veli/vasi izni, aydınlatma ve kayıtların saklanmasına ilişkin yöntem ve sorumlu:</w:t>
            </w:r>
          </w:p>
        </w:tc>
      </w:tr>
      <w:tr w:rsidR="00207CEC" w:rsidRPr="00D536E8" w:rsidTr="00667D69">
        <w:trPr>
          <w:cantSplit/>
        </w:trPr>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TÜBİTAK’ın Tanıtım ve Arşiv Kullanımı</w:t>
            </w:r>
          </w:p>
        </w:tc>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Rapor, fotoğraf, video ve kamuya açık tanıtım materyalleri için gerekli izinlerin alınmasına ilişkin plan:</w:t>
            </w:r>
          </w:p>
        </w:tc>
      </w:tr>
      <w:tr w:rsidR="00207CEC" w:rsidRPr="00D536E8" w:rsidTr="00667D69">
        <w:trPr>
          <w:cantSplit/>
        </w:trPr>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Fikrî Haklar Sorumlusu</w:t>
            </w:r>
          </w:p>
        </w:tc>
        <w:tc>
          <w:tcPr>
            <w:tcW w:w="4814" w:type="dxa"/>
            <w:vAlign w:val="center"/>
          </w:tcPr>
          <w:p w:rsidR="00207CEC" w:rsidRPr="00D536E8" w:rsidRDefault="00316BB8" w:rsidP="00D536E8">
            <w:pPr>
              <w:spacing w:before="240" w:after="240"/>
              <w:jc w:val="both"/>
              <w:rPr>
                <w:rFonts w:ascii="Times New Roman" w:hAnsi="Times New Roman" w:cs="Times New Roman"/>
                <w:sz w:val="24"/>
                <w:szCs w:val="24"/>
              </w:rPr>
            </w:pPr>
            <w:r w:rsidRPr="00D536E8">
              <w:rPr>
                <w:rFonts w:ascii="Times New Roman" w:hAnsi="Times New Roman" w:cs="Times New Roman"/>
                <w:sz w:val="24"/>
                <w:szCs w:val="24"/>
              </w:rPr>
              <w:t>Ad Soyad / Ünvan / Telefon / E-posta:</w:t>
            </w:r>
          </w:p>
        </w:tc>
      </w:tr>
    </w:tbl>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32" w:name="_Toc237421434"/>
      <w:r w:rsidRPr="00D536E8">
        <w:rPr>
          <w:rFonts w:ascii="Times New Roman" w:hAnsi="Times New Roman" w:cs="Times New Roman"/>
          <w:color w:val="C00000"/>
          <w:sz w:val="24"/>
          <w:szCs w:val="24"/>
        </w:rPr>
        <w:lastRenderedPageBreak/>
        <w:t>EKLER LİSTESİ</w:t>
      </w:r>
      <w:bookmarkEnd w:id="32"/>
    </w:p>
    <w:tbl>
      <w:tblPr>
        <w:tblStyle w:val="TabloKlavuzu"/>
        <w:tblW w:w="9360" w:type="dxa"/>
        <w:jc w:val="center"/>
        <w:tblLayout w:type="fixed"/>
        <w:tblLook w:val="04A0" w:firstRow="1" w:lastRow="0" w:firstColumn="1" w:lastColumn="0" w:noHBand="0" w:noVBand="1"/>
      </w:tblPr>
      <w:tblGrid>
        <w:gridCol w:w="1100"/>
        <w:gridCol w:w="3900"/>
        <w:gridCol w:w="1700"/>
        <w:gridCol w:w="2660"/>
      </w:tblGrid>
      <w:tr w:rsidR="00BB77CC" w:rsidRPr="00D536E8">
        <w:trPr>
          <w:cantSplit/>
          <w:tblHeader/>
          <w:jc w:val="center"/>
        </w:trPr>
        <w:tc>
          <w:tcPr>
            <w:tcW w:w="11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proofErr w:type="spellStart"/>
            <w:r w:rsidRPr="00D536E8">
              <w:rPr>
                <w:rFonts w:ascii="Times New Roman" w:hAnsi="Times New Roman" w:cs="Times New Roman"/>
                <w:b/>
                <w:color w:val="1F1F1F"/>
                <w:sz w:val="24"/>
                <w:szCs w:val="24"/>
              </w:rPr>
              <w:t>Ek</w:t>
            </w:r>
            <w:proofErr w:type="spellEnd"/>
            <w:r w:rsidRPr="00D536E8">
              <w:rPr>
                <w:rFonts w:ascii="Times New Roman" w:hAnsi="Times New Roman" w:cs="Times New Roman"/>
                <w:b/>
                <w:color w:val="1F1F1F"/>
                <w:sz w:val="24"/>
                <w:szCs w:val="24"/>
              </w:rPr>
              <w:t xml:space="preserve"> No</w:t>
            </w:r>
          </w:p>
        </w:tc>
        <w:tc>
          <w:tcPr>
            <w:tcW w:w="39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Belgenin Adı</w:t>
            </w:r>
          </w:p>
        </w:tc>
        <w:tc>
          <w:tcPr>
            <w:tcW w:w="1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Format</w:t>
            </w:r>
          </w:p>
        </w:tc>
        <w:tc>
          <w:tcPr>
            <w:tcW w:w="26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Zorunluluk / Açıklama</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Ek-A/01</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Etkinlik alanı görselleri</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 / JPEG / PNG</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Zorunlu</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Ek-A/02</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Yerleşim planı / kroki</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Zorunlu</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Ek</w:t>
            </w:r>
            <w:proofErr w:type="spellEnd"/>
            <w:r w:rsidRPr="00D536E8">
              <w:rPr>
                <w:rFonts w:ascii="Times New Roman" w:hAnsi="Times New Roman" w:cs="Times New Roman"/>
                <w:color w:val="1F1F1F"/>
                <w:sz w:val="24"/>
                <w:szCs w:val="24"/>
              </w:rPr>
              <w:t>-A/04</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Gözlem hedef listesi</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 / XLSX</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Zorunlu</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Ek-A/05</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SQM ölçüm kayıtları ve Bortle dayanağı</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 / JPEG</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Varsa ölçüm görselleriyle</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Ek-A/06</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Kurumsal yetki yazısı</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Zorunlu</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Ek-A/07</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Güvenlik, sağlık ve acil durum planı</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Zorunlu</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Ek-A/08</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İş birliği protokolü / destek yazıları</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PDF</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Varsa</w:t>
            </w:r>
          </w:p>
        </w:tc>
      </w:tr>
      <w:tr w:rsidR="00BB77CC" w:rsidRPr="00D536E8">
        <w:trPr>
          <w:cantSplit/>
          <w:jc w:val="center"/>
        </w:trPr>
        <w:tc>
          <w:tcPr>
            <w:tcW w:w="11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Ek-A/09</w:t>
            </w:r>
          </w:p>
        </w:tc>
        <w:tc>
          <w:tcPr>
            <w:tcW w:w="39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Diğer belgeler</w:t>
            </w:r>
          </w:p>
        </w:tc>
        <w:tc>
          <w:tcPr>
            <w:tcW w:w="170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İlgili format</w:t>
            </w:r>
          </w:p>
        </w:tc>
        <w:tc>
          <w:tcPr>
            <w:tcW w:w="2660" w:type="dxa"/>
            <w:tcMar>
              <w:top w:w="100" w:type="dxa"/>
              <w:left w:w="120" w:type="dxa"/>
              <w:bottom w:w="100" w:type="dxa"/>
              <w:right w:w="120" w:type="dxa"/>
            </w:tcMar>
            <w:vAlign w:val="center"/>
          </w:tcPr>
          <w:p w:rsidR="00BB77CC" w:rsidRPr="00D536E8" w:rsidRDefault="009848C7" w:rsidP="00D536E8">
            <w:pPr>
              <w:spacing w:before="240" w:after="240"/>
              <w:rPr>
                <w:rFonts w:ascii="Times New Roman" w:hAnsi="Times New Roman" w:cs="Times New Roman"/>
                <w:sz w:val="24"/>
                <w:szCs w:val="24"/>
              </w:rPr>
            </w:pPr>
            <w:r w:rsidRPr="00D536E8">
              <w:rPr>
                <w:rFonts w:ascii="Times New Roman" w:hAnsi="Times New Roman" w:cs="Times New Roman"/>
                <w:color w:val="1F1F1F"/>
                <w:sz w:val="24"/>
                <w:szCs w:val="24"/>
              </w:rPr>
              <w:t>Varsa</w:t>
            </w:r>
          </w:p>
        </w:tc>
      </w:tr>
      <w:tr w:rsidR="00207CEC" w:rsidRPr="00D536E8">
        <w:trPr>
          <w:cantSplit/>
          <w:jc w:val="center"/>
        </w:trPr>
        <w:tc>
          <w:tcPr>
            <w:tcW w:w="11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Ek-A/10</w:t>
            </w:r>
          </w:p>
        </w:tc>
        <w:tc>
          <w:tcPr>
            <w:tcW w:w="39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Fikrî hak, lisans ve kullanım izinleri</w:t>
            </w:r>
          </w:p>
        </w:tc>
        <w:tc>
          <w:tcPr>
            <w:tcW w:w="1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PDF</w:t>
            </w:r>
          </w:p>
        </w:tc>
        <w:tc>
          <w:tcPr>
            <w:tcW w:w="266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Varsa</w:t>
            </w:r>
          </w:p>
        </w:tc>
      </w:tr>
      <w:tr w:rsidR="00207CEC" w:rsidRPr="00D536E8">
        <w:trPr>
          <w:cantSplit/>
          <w:jc w:val="center"/>
        </w:trPr>
        <w:tc>
          <w:tcPr>
            <w:tcW w:w="11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Ek-A/11</w:t>
            </w:r>
          </w:p>
        </w:tc>
        <w:tc>
          <w:tcPr>
            <w:tcW w:w="39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Görsel kayıt / açık rıza / veli-vasi izin planı veya örnekleri</w:t>
            </w:r>
          </w:p>
        </w:tc>
        <w:tc>
          <w:tcPr>
            <w:tcW w:w="1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PDF</w:t>
            </w:r>
          </w:p>
        </w:tc>
        <w:tc>
          <w:tcPr>
            <w:tcW w:w="266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Varsa</w:t>
            </w:r>
          </w:p>
        </w:tc>
      </w:tr>
      <w:tr w:rsidR="00207CEC" w:rsidRPr="00D536E8">
        <w:trPr>
          <w:cantSplit/>
          <w:jc w:val="center"/>
        </w:trPr>
        <w:tc>
          <w:tcPr>
            <w:tcW w:w="11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Ek-A/12</w:t>
            </w:r>
          </w:p>
        </w:tc>
        <w:tc>
          <w:tcPr>
            <w:tcW w:w="39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Ekipman teslim alma, taşıma, muhafaza, risk/hasar tedbirleri ve iade planı</w:t>
            </w:r>
          </w:p>
        </w:tc>
        <w:tc>
          <w:tcPr>
            <w:tcW w:w="170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PDF</w:t>
            </w:r>
          </w:p>
        </w:tc>
        <w:tc>
          <w:tcPr>
            <w:tcW w:w="2660" w:type="dxa"/>
            <w:vAlign w:val="center"/>
          </w:tcPr>
          <w:p w:rsidR="00207CEC" w:rsidRPr="00D536E8" w:rsidRDefault="00316BB8" w:rsidP="00D536E8">
            <w:pPr>
              <w:spacing w:before="240" w:after="240"/>
              <w:rPr>
                <w:rFonts w:ascii="Times New Roman" w:hAnsi="Times New Roman" w:cs="Times New Roman"/>
                <w:sz w:val="24"/>
                <w:szCs w:val="24"/>
              </w:rPr>
            </w:pPr>
            <w:r w:rsidRPr="00D536E8">
              <w:rPr>
                <w:rFonts w:ascii="Times New Roman" w:hAnsi="Times New Roman" w:cs="Times New Roman"/>
                <w:sz w:val="24"/>
                <w:szCs w:val="24"/>
              </w:rPr>
              <w:t>Teleskop/ekipman desteği talep ediliyorsa zorunlu</w:t>
            </w:r>
          </w:p>
        </w:tc>
      </w:tr>
    </w:tbl>
    <w:p w:rsidR="00BB77CC" w:rsidRPr="00D536E8" w:rsidRDefault="00BB77CC" w:rsidP="00D536E8">
      <w:pPr>
        <w:spacing w:before="240" w:after="240" w:line="240" w:lineRule="auto"/>
        <w:jc w:val="both"/>
        <w:rPr>
          <w:rFonts w:ascii="Times New Roman" w:hAnsi="Times New Roman" w:cs="Times New Roman"/>
          <w:sz w:val="24"/>
          <w:szCs w:val="24"/>
        </w:rPr>
      </w:pPr>
    </w:p>
    <w:p w:rsidR="00BB77CC" w:rsidRPr="00D536E8" w:rsidRDefault="009848C7" w:rsidP="00D536E8">
      <w:pPr>
        <w:spacing w:before="240" w:after="240" w:line="240" w:lineRule="auto"/>
        <w:jc w:val="both"/>
        <w:rPr>
          <w:rFonts w:ascii="Times New Roman" w:hAnsi="Times New Roman" w:cs="Times New Roman"/>
          <w:i/>
          <w:sz w:val="22"/>
          <w:szCs w:val="24"/>
        </w:rPr>
      </w:pPr>
      <w:r w:rsidRPr="00D536E8">
        <w:rPr>
          <w:rFonts w:ascii="Times New Roman" w:hAnsi="Times New Roman" w:cs="Times New Roman"/>
          <w:i/>
          <w:color w:val="666666"/>
          <w:sz w:val="22"/>
          <w:szCs w:val="24"/>
        </w:rPr>
        <w:t>Formda listelenmeyen ekler, aynı kodlama düzeni sürdürülerek numaralandırılmalıdır.</w:t>
      </w:r>
    </w:p>
    <w:p w:rsidR="00BB77CC" w:rsidRPr="00D536E8" w:rsidRDefault="009848C7" w:rsidP="00D536E8">
      <w:pPr>
        <w:pStyle w:val="Balk1"/>
        <w:numPr>
          <w:ilvl w:val="0"/>
          <w:numId w:val="13"/>
        </w:numPr>
        <w:spacing w:before="240" w:after="240" w:line="240" w:lineRule="auto"/>
        <w:rPr>
          <w:rFonts w:ascii="Times New Roman" w:hAnsi="Times New Roman" w:cs="Times New Roman"/>
          <w:color w:val="C00000"/>
          <w:sz w:val="24"/>
          <w:szCs w:val="24"/>
        </w:rPr>
      </w:pPr>
      <w:bookmarkStart w:id="33" w:name="_Toc237421435"/>
      <w:r w:rsidRPr="00D536E8">
        <w:rPr>
          <w:rFonts w:ascii="Times New Roman" w:hAnsi="Times New Roman" w:cs="Times New Roman"/>
          <w:color w:val="C00000"/>
          <w:sz w:val="24"/>
          <w:szCs w:val="24"/>
        </w:rPr>
        <w:lastRenderedPageBreak/>
        <w:t>KABUL VE TAAHHÜT BEYANI</w:t>
      </w:r>
      <w:bookmarkEnd w:id="33"/>
    </w:p>
    <w:p w:rsidR="00575BAA" w:rsidRPr="00667D69" w:rsidRDefault="00575BAA"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34" w:name="_Toc237421436"/>
      <w:proofErr w:type="spellStart"/>
      <w:r w:rsidRPr="00667D69">
        <w:rPr>
          <w:rFonts w:ascii="Times New Roman" w:hAnsi="Times New Roman" w:cs="Times New Roman"/>
          <w:color w:val="000000" w:themeColor="text1"/>
          <w:sz w:val="24"/>
          <w:szCs w:val="24"/>
        </w:rPr>
        <w:t>Başvuru</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Sahibi</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Kurum</w:t>
      </w:r>
      <w:bookmarkEnd w:id="34"/>
      <w:proofErr w:type="spellEnd"/>
    </w:p>
    <w:p w:rsidR="00BB77CC" w:rsidRPr="00D536E8" w:rsidRDefault="009848C7" w:rsidP="00D536E8">
      <w:pPr>
        <w:spacing w:before="240" w:after="240" w:line="240" w:lineRule="auto"/>
        <w:jc w:val="both"/>
        <w:rPr>
          <w:rFonts w:ascii="Times New Roman" w:hAnsi="Times New Roman" w:cs="Times New Roman"/>
          <w:sz w:val="24"/>
          <w:szCs w:val="24"/>
        </w:rPr>
      </w:pPr>
      <w:proofErr w:type="spellStart"/>
      <w:r w:rsidRPr="00D536E8">
        <w:rPr>
          <w:rFonts w:ascii="Times New Roman" w:hAnsi="Times New Roman" w:cs="Times New Roman"/>
          <w:color w:val="1F1F1F"/>
          <w:sz w:val="24"/>
          <w:szCs w:val="24"/>
        </w:rPr>
        <w:t>Başvuru</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sahibi</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kurumu</w:t>
      </w:r>
      <w:proofErr w:type="spellEnd"/>
      <w:r w:rsidRPr="00D536E8">
        <w:rPr>
          <w:rFonts w:ascii="Times New Roman" w:hAnsi="Times New Roman" w:cs="Times New Roman"/>
          <w:color w:val="1F1F1F"/>
          <w:sz w:val="24"/>
          <w:szCs w:val="24"/>
        </w:rPr>
        <w:t xml:space="preserve"> </w:t>
      </w:r>
      <w:proofErr w:type="spellStart"/>
      <w:r w:rsidRPr="00D536E8">
        <w:rPr>
          <w:rFonts w:ascii="Times New Roman" w:hAnsi="Times New Roman" w:cs="Times New Roman"/>
          <w:color w:val="1F1F1F"/>
          <w:sz w:val="24"/>
          <w:szCs w:val="24"/>
        </w:rPr>
        <w:t>temsilen</w:t>
      </w:r>
      <w:proofErr w:type="spellEnd"/>
      <w:r w:rsidRPr="00D536E8">
        <w:rPr>
          <w:rFonts w:ascii="Times New Roman" w:hAnsi="Times New Roman" w:cs="Times New Roman"/>
          <w:color w:val="1F1F1F"/>
          <w:sz w:val="24"/>
          <w:szCs w:val="24"/>
        </w:rPr>
        <w:t xml:space="preserve"> bu formu imzalayarak;</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Form ve eklerinde sunulan bütün bilgi ve belgelerin doğru, güncel ve eksiksiz olduğunu,</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Etkinliğin desteklenmesi hâlinde TÜBİTAK tarafından belirlenen kural, şart, görünürlük ve koordinasyon düzenlemelerine uyacağını,</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Etkinliğin onaylanan amaç, içerik, takvim ve güvenlik tedbirlerine uygun yürütülmesi için azami özeni göstereceğini,</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Katılımcıların güvenliği, gerekli izinler, kişisel verilerin korunması, görsel kayıt izinleri ve üçüncü kişilere karşı yükümlülükler bakımından gereken önlemleri alacağını,</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TÜBİTAK tarafından sağlanan ekipman ve malzemeleri amacına uygun kullanacağını, koruyacağını ve belirlenen usulle teslim/iade edeceğini,</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TÜBİTAK’ın gerekli denetim ve izlemeleri yapabilmesi için gerekli ortamı, kayıtları ve bilgi akışını sağlayacağını,</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Program, alan, tarih, katılımcı kapasitesi veya organizasyon yapısındaki önemli değişiklikleri önceden TÜBİTAK’a bildireceğini,</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Etkinliğin ertelenmesi, iptali veya destek koşullarının yerine getirilememesi durumunda TÜBİTAK’ın belirleyeceği tedbir ve işlemlere uyacağını,</w:t>
      </w:r>
    </w:p>
    <w:p w:rsidR="00BB77CC" w:rsidRPr="00D536E8" w:rsidRDefault="009848C7"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TÜBİTAK’ın yazılı onayı olmaksızın başvurunun desteklendiği veya TÜBİTAK ile ortak yürütüldüğü anlamına gelebilecek yanıltıcı açıklamalarda bulunmayacağını</w:t>
      </w:r>
    </w:p>
    <w:p w:rsidR="00207CEC" w:rsidRPr="00D536E8" w:rsidRDefault="00316BB8" w:rsidP="00D536E8">
      <w:pPr>
        <w:pStyle w:val="ListeMaddemi"/>
        <w:numPr>
          <w:ilvl w:val="0"/>
          <w:numId w:val="12"/>
        </w:numPr>
        <w:spacing w:before="240" w:after="240" w:line="240" w:lineRule="auto"/>
        <w:jc w:val="both"/>
        <w:rPr>
          <w:rFonts w:ascii="Times New Roman" w:hAnsi="Times New Roman" w:cs="Times New Roman"/>
          <w:sz w:val="24"/>
          <w:szCs w:val="24"/>
        </w:rPr>
      </w:pPr>
      <w:proofErr w:type="spellStart"/>
      <w:r w:rsidRPr="00D536E8">
        <w:rPr>
          <w:rFonts w:ascii="Times New Roman" w:hAnsi="Times New Roman" w:cs="Times New Roman"/>
          <w:sz w:val="24"/>
          <w:szCs w:val="24"/>
        </w:rPr>
        <w:t>Başvurunun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görevlendirilebilecek</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kurum</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dışı</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uzman</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veya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danışmanlarca</w:t>
      </w:r>
      <w:proofErr w:type="spellEnd"/>
      <w:r w:rsidRPr="00D536E8">
        <w:rPr>
          <w:rFonts w:ascii="Times New Roman" w:hAnsi="Times New Roman" w:cs="Times New Roman"/>
          <w:sz w:val="24"/>
          <w:szCs w:val="24"/>
        </w:rPr>
        <w:t xml:space="preserve"> </w:t>
      </w:r>
      <w:proofErr w:type="spellStart"/>
      <w:r w:rsidRPr="00D536E8">
        <w:rPr>
          <w:rFonts w:ascii="Times New Roman" w:hAnsi="Times New Roman" w:cs="Times New Roman"/>
          <w:sz w:val="24"/>
          <w:szCs w:val="24"/>
        </w:rPr>
        <w:t>incelenebileceğini</w:t>
      </w:r>
      <w:proofErr w:type="spellEnd"/>
      <w:r w:rsidRPr="00D536E8">
        <w:rPr>
          <w:rFonts w:ascii="Times New Roman" w:hAnsi="Times New Roman" w:cs="Times New Roman"/>
          <w:sz w:val="24"/>
          <w:szCs w:val="24"/>
        </w:rPr>
        <w:t xml:space="preserve"> ve gerekli hâllerde sunum, revizyon veya saha incelemesi talep edilebileceğini,</w:t>
      </w:r>
    </w:p>
    <w:p w:rsidR="00207CEC" w:rsidRPr="00D536E8" w:rsidRDefault="00316BB8"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Etkinlikte kullanılacak ve üretilecek içerikler bakımından gerekli fikrî ve sınai hakları, lisansları ve üçüncü kişi izinlerini temin edeceğini,</w:t>
      </w:r>
    </w:p>
    <w:p w:rsidR="00207CEC" w:rsidRPr="00D536E8" w:rsidRDefault="00316BB8"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Fotoğraf, video, ses ve kişisel veri kayıtları için ilgili mevzuata uygun açık rıza ve gerektiğinde veli/vasi izinlerini alacağını,</w:t>
      </w:r>
    </w:p>
    <w:p w:rsidR="00207CEC" w:rsidRPr="00D536E8" w:rsidRDefault="00316BB8"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TÜBİTAK tarafından sağlanabilecek teleskop ve ekipmanları Başkanlığın belirleyeceği yerden teslim tutanağıyla teslim alacağını; taşıma, yükleme, boşaltma, muhafaza, kurulum, kullanım ve iade süreçlerini kendi sorumluluğunda ve yetkin personel gözetiminde yürüteceğini; etkinlik sonrasında ekipmanları Başkanlığın belirleyeceği lokasyona, bildirilen süre içinde ve teslim tutanağıyla eksiksiz olarak iade edeceğini; teslim alındığı andan iade edildiği ana kadar ekipmanın kaybolması, çalınması, hasar görmesi veya kullanılamaz hâle gelmesi durumunda, olağan kullanım sonucu oluşan yıpranmalar hariç olmak üzere, kusuru oranında doğan zararı gidereceğini,</w:t>
      </w:r>
    </w:p>
    <w:p w:rsidR="00207CEC" w:rsidRPr="00D536E8" w:rsidRDefault="00316BB8" w:rsidP="00D536E8">
      <w:pPr>
        <w:pStyle w:val="ListeMaddemi"/>
        <w:numPr>
          <w:ilvl w:val="0"/>
          <w:numId w:val="12"/>
        </w:numPr>
        <w:spacing w:before="240" w:after="240" w:line="240" w:lineRule="auto"/>
        <w:jc w:val="both"/>
        <w:rPr>
          <w:rFonts w:ascii="Times New Roman" w:hAnsi="Times New Roman" w:cs="Times New Roman"/>
          <w:sz w:val="24"/>
          <w:szCs w:val="24"/>
        </w:rPr>
      </w:pPr>
      <w:r w:rsidRPr="00D536E8">
        <w:rPr>
          <w:rFonts w:ascii="Times New Roman" w:hAnsi="Times New Roman" w:cs="Times New Roman"/>
          <w:sz w:val="24"/>
          <w:szCs w:val="24"/>
        </w:rPr>
        <w:t>Desteğin durdurulması, yürürlükten kaldırılması veya iptali hâlinde çağrı metninde belirtilen işlemleri ve devam eden yükümlülükleri yerine getireceğini,</w:t>
      </w:r>
    </w:p>
    <w:p w:rsidR="00BB77CC" w:rsidRPr="00D536E8" w:rsidRDefault="009848C7" w:rsidP="00D536E8">
      <w:pPr>
        <w:spacing w:before="240" w:after="240" w:line="240" w:lineRule="auto"/>
        <w:jc w:val="both"/>
        <w:rPr>
          <w:rFonts w:ascii="Times New Roman" w:hAnsi="Times New Roman" w:cs="Times New Roman"/>
          <w:sz w:val="24"/>
          <w:szCs w:val="24"/>
        </w:rPr>
      </w:pPr>
      <w:proofErr w:type="gramStart"/>
      <w:r w:rsidRPr="00D536E8">
        <w:rPr>
          <w:rFonts w:ascii="Times New Roman" w:hAnsi="Times New Roman" w:cs="Times New Roman"/>
          <w:b/>
          <w:color w:val="1F1F1F"/>
          <w:sz w:val="24"/>
          <w:szCs w:val="24"/>
        </w:rPr>
        <w:t>kabul</w:t>
      </w:r>
      <w:proofErr w:type="gramEnd"/>
      <w:r w:rsidRPr="00D536E8">
        <w:rPr>
          <w:rFonts w:ascii="Times New Roman" w:hAnsi="Times New Roman" w:cs="Times New Roman"/>
          <w:b/>
          <w:color w:val="1F1F1F"/>
          <w:sz w:val="24"/>
          <w:szCs w:val="24"/>
        </w:rPr>
        <w:t xml:space="preserve"> ve taahhüt ederiz.</w:t>
      </w:r>
    </w:p>
    <w:tbl>
      <w:tblPr>
        <w:tblStyle w:val="TabloKlavuzu"/>
        <w:tblW w:w="9360" w:type="dxa"/>
        <w:jc w:val="center"/>
        <w:tblLayout w:type="fixed"/>
        <w:tblLook w:val="04A0" w:firstRow="1" w:lastRow="0" w:firstColumn="1" w:lastColumn="0" w:noHBand="0" w:noVBand="1"/>
      </w:tblPr>
      <w:tblGrid>
        <w:gridCol w:w="4200"/>
        <w:gridCol w:w="5160"/>
      </w:tblGrid>
      <w:tr w:rsidR="00BB77CC" w:rsidRPr="00D536E8">
        <w:trPr>
          <w:cantSplit/>
          <w:tblHeader/>
          <w:jc w:val="center"/>
        </w:trPr>
        <w:tc>
          <w:tcPr>
            <w:tcW w:w="420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Başvuru Sahibi Kurum Üst Yöneticisi / Yetkilisi</w:t>
            </w:r>
          </w:p>
        </w:tc>
        <w:tc>
          <w:tcPr>
            <w:tcW w:w="51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420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Ad Soyad</w:t>
            </w:r>
          </w:p>
        </w:tc>
        <w:tc>
          <w:tcPr>
            <w:tcW w:w="51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420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lastRenderedPageBreak/>
              <w:t>Ünvan</w:t>
            </w:r>
          </w:p>
        </w:tc>
        <w:tc>
          <w:tcPr>
            <w:tcW w:w="51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420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Tarih</w:t>
            </w:r>
          </w:p>
        </w:tc>
        <w:tc>
          <w:tcPr>
            <w:tcW w:w="516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r>
      <w:tr w:rsidR="00BB77CC" w:rsidRPr="00D536E8">
        <w:trPr>
          <w:cantSplit/>
          <w:jc w:val="center"/>
        </w:trPr>
        <w:tc>
          <w:tcPr>
            <w:tcW w:w="420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t>İmza / Kaşe</w:t>
            </w:r>
          </w:p>
        </w:tc>
        <w:tc>
          <w:tcPr>
            <w:tcW w:w="51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p>
        </w:tc>
      </w:tr>
    </w:tbl>
    <w:p w:rsidR="00BB77CC" w:rsidRPr="00667D69" w:rsidRDefault="009848C7" w:rsidP="00667D69">
      <w:pPr>
        <w:pStyle w:val="Balk2"/>
        <w:numPr>
          <w:ilvl w:val="1"/>
          <w:numId w:val="13"/>
        </w:numPr>
        <w:spacing w:before="240" w:after="240" w:line="240" w:lineRule="auto"/>
        <w:rPr>
          <w:rFonts w:ascii="Times New Roman" w:hAnsi="Times New Roman" w:cs="Times New Roman"/>
          <w:color w:val="000000" w:themeColor="text1"/>
          <w:sz w:val="24"/>
          <w:szCs w:val="24"/>
        </w:rPr>
      </w:pPr>
      <w:bookmarkStart w:id="35" w:name="_Toc237421437"/>
      <w:proofErr w:type="spellStart"/>
      <w:r w:rsidRPr="00667D69">
        <w:rPr>
          <w:rFonts w:ascii="Times New Roman" w:hAnsi="Times New Roman" w:cs="Times New Roman"/>
          <w:color w:val="000000" w:themeColor="text1"/>
          <w:sz w:val="24"/>
          <w:szCs w:val="24"/>
        </w:rPr>
        <w:t>Paydaş</w:t>
      </w:r>
      <w:proofErr w:type="spellEnd"/>
      <w:r w:rsidRPr="00667D69">
        <w:rPr>
          <w:rFonts w:ascii="Times New Roman" w:hAnsi="Times New Roman" w:cs="Times New Roman"/>
          <w:color w:val="000000" w:themeColor="text1"/>
          <w:sz w:val="24"/>
          <w:szCs w:val="24"/>
        </w:rPr>
        <w:t xml:space="preserve"> </w:t>
      </w:r>
      <w:proofErr w:type="spellStart"/>
      <w:r w:rsidRPr="00667D69">
        <w:rPr>
          <w:rFonts w:ascii="Times New Roman" w:hAnsi="Times New Roman" w:cs="Times New Roman"/>
          <w:color w:val="000000" w:themeColor="text1"/>
          <w:sz w:val="24"/>
          <w:szCs w:val="24"/>
        </w:rPr>
        <w:t>Kurum</w:t>
      </w:r>
      <w:proofErr w:type="spellEnd"/>
      <w:r w:rsidRPr="00667D69">
        <w:rPr>
          <w:rFonts w:ascii="Times New Roman" w:hAnsi="Times New Roman" w:cs="Times New Roman"/>
          <w:color w:val="000000" w:themeColor="text1"/>
          <w:sz w:val="24"/>
          <w:szCs w:val="24"/>
        </w:rPr>
        <w:t xml:space="preserve"> Kabul </w:t>
      </w:r>
      <w:proofErr w:type="spellStart"/>
      <w:r w:rsidRPr="00667D69">
        <w:rPr>
          <w:rFonts w:ascii="Times New Roman" w:hAnsi="Times New Roman" w:cs="Times New Roman"/>
          <w:color w:val="000000" w:themeColor="text1"/>
          <w:sz w:val="24"/>
          <w:szCs w:val="24"/>
        </w:rPr>
        <w:t>ve</w:t>
      </w:r>
      <w:proofErr w:type="spellEnd"/>
      <w:r w:rsidRPr="00667D69">
        <w:rPr>
          <w:rFonts w:ascii="Times New Roman" w:hAnsi="Times New Roman" w:cs="Times New Roman"/>
          <w:color w:val="000000" w:themeColor="text1"/>
          <w:sz w:val="24"/>
          <w:szCs w:val="24"/>
        </w:rPr>
        <w:t xml:space="preserve"> Taahhüdü (Varsa)</w:t>
      </w:r>
      <w:bookmarkEnd w:id="35"/>
    </w:p>
    <w:p w:rsidR="00BB77CC" w:rsidRPr="00D536E8" w:rsidRDefault="009848C7" w:rsidP="00D536E8">
      <w:pPr>
        <w:spacing w:before="240" w:after="240" w:line="240" w:lineRule="auto"/>
        <w:jc w:val="both"/>
        <w:rPr>
          <w:rFonts w:ascii="Times New Roman" w:hAnsi="Times New Roman" w:cs="Times New Roman"/>
          <w:sz w:val="24"/>
          <w:szCs w:val="24"/>
        </w:rPr>
      </w:pPr>
      <w:r w:rsidRPr="00D536E8">
        <w:rPr>
          <w:rFonts w:ascii="Times New Roman" w:hAnsi="Times New Roman" w:cs="Times New Roman"/>
          <w:color w:val="1F1F1F"/>
          <w:sz w:val="24"/>
          <w:szCs w:val="24"/>
        </w:rPr>
        <w:t xml:space="preserve">Paydaş kurum, formda belirtilen görev ve katkıları yerine getireceğini; etkinliğin yürütülmesinde çağrı koşullarına, güvenlik ve koordinasyon hükümlerine uyacağını </w:t>
      </w:r>
      <w:proofErr w:type="gramStart"/>
      <w:r w:rsidRPr="00D536E8">
        <w:rPr>
          <w:rFonts w:ascii="Times New Roman" w:hAnsi="Times New Roman" w:cs="Times New Roman"/>
          <w:color w:val="1F1F1F"/>
          <w:sz w:val="24"/>
          <w:szCs w:val="24"/>
        </w:rPr>
        <w:t>kabul</w:t>
      </w:r>
      <w:proofErr w:type="gramEnd"/>
      <w:r w:rsidRPr="00D536E8">
        <w:rPr>
          <w:rFonts w:ascii="Times New Roman" w:hAnsi="Times New Roman" w:cs="Times New Roman"/>
          <w:color w:val="1F1F1F"/>
          <w:sz w:val="24"/>
          <w:szCs w:val="24"/>
        </w:rPr>
        <w:t xml:space="preserve"> ve taahhüt eder.</w:t>
      </w:r>
    </w:p>
    <w:tbl>
      <w:tblPr>
        <w:tblStyle w:val="TabloKlavuzu"/>
        <w:tblW w:w="9360" w:type="dxa"/>
        <w:jc w:val="center"/>
        <w:tblLayout w:type="fixed"/>
        <w:tblLook w:val="04A0" w:firstRow="1" w:lastRow="0" w:firstColumn="1" w:lastColumn="0" w:noHBand="0" w:noVBand="1"/>
      </w:tblPr>
      <w:tblGrid>
        <w:gridCol w:w="2700"/>
        <w:gridCol w:w="3000"/>
        <w:gridCol w:w="1500"/>
        <w:gridCol w:w="2160"/>
      </w:tblGrid>
      <w:tr w:rsidR="00BB77CC" w:rsidRPr="00D536E8">
        <w:trPr>
          <w:cantSplit/>
          <w:tblHeader/>
          <w:jc w:val="center"/>
        </w:trPr>
        <w:tc>
          <w:tcPr>
            <w:tcW w:w="27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Paydaş Kurum Yetkilisi</w:t>
            </w:r>
          </w:p>
        </w:tc>
        <w:tc>
          <w:tcPr>
            <w:tcW w:w="30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Ad Soyad / Ünvan</w:t>
            </w:r>
          </w:p>
        </w:tc>
        <w:tc>
          <w:tcPr>
            <w:tcW w:w="150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Tarih</w:t>
            </w:r>
          </w:p>
        </w:tc>
        <w:tc>
          <w:tcPr>
            <w:tcW w:w="2160" w:type="dxa"/>
            <w:shd w:val="clear" w:color="auto" w:fill="E7E6E6"/>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b/>
                <w:color w:val="1F1F1F"/>
                <w:sz w:val="24"/>
                <w:szCs w:val="24"/>
              </w:rPr>
              <w:t>İmza / Kaşe</w:t>
            </w:r>
          </w:p>
        </w:tc>
      </w:tr>
      <w:tr w:rsidR="00BB77CC" w:rsidRPr="00D536E8">
        <w:trPr>
          <w:cantSplit/>
          <w:jc w:val="center"/>
        </w:trPr>
        <w:tc>
          <w:tcPr>
            <w:tcW w:w="27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30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1500" w:type="dxa"/>
            <w:tcMar>
              <w:top w:w="100" w:type="dxa"/>
              <w:left w:w="120" w:type="dxa"/>
              <w:bottom w:w="100" w:type="dxa"/>
              <w:right w:w="120" w:type="dxa"/>
            </w:tcMar>
            <w:vAlign w:val="center"/>
          </w:tcPr>
          <w:p w:rsidR="00BB77CC" w:rsidRPr="00D536E8" w:rsidRDefault="00BB77CC" w:rsidP="00D536E8">
            <w:pPr>
              <w:spacing w:before="240" w:after="240"/>
              <w:jc w:val="both"/>
              <w:rPr>
                <w:rFonts w:ascii="Times New Roman" w:hAnsi="Times New Roman" w:cs="Times New Roman"/>
                <w:sz w:val="24"/>
                <w:szCs w:val="24"/>
              </w:rPr>
            </w:pPr>
          </w:p>
        </w:tc>
        <w:tc>
          <w:tcPr>
            <w:tcW w:w="2160" w:type="dxa"/>
            <w:tcMar>
              <w:top w:w="100" w:type="dxa"/>
              <w:left w:w="120" w:type="dxa"/>
              <w:bottom w:w="100" w:type="dxa"/>
              <w:right w:w="120" w:type="dxa"/>
            </w:tcMar>
            <w:vAlign w:val="center"/>
          </w:tcPr>
          <w:p w:rsidR="00BB77CC" w:rsidRPr="00D536E8" w:rsidRDefault="009848C7" w:rsidP="00D536E8">
            <w:pPr>
              <w:spacing w:before="240" w:after="240"/>
              <w:jc w:val="both"/>
              <w:rPr>
                <w:rFonts w:ascii="Times New Roman" w:hAnsi="Times New Roman" w:cs="Times New Roman"/>
                <w:sz w:val="24"/>
                <w:szCs w:val="24"/>
              </w:rPr>
            </w:pPr>
            <w:r w:rsidRPr="00D536E8">
              <w:rPr>
                <w:rFonts w:ascii="Times New Roman" w:hAnsi="Times New Roman" w:cs="Times New Roman"/>
                <w:color w:val="1F1F1F"/>
                <w:sz w:val="24"/>
                <w:szCs w:val="24"/>
              </w:rPr>
              <w:br/>
            </w:r>
            <w:r w:rsidRPr="00D536E8">
              <w:rPr>
                <w:rFonts w:ascii="Times New Roman" w:hAnsi="Times New Roman" w:cs="Times New Roman"/>
                <w:color w:val="1F1F1F"/>
                <w:sz w:val="24"/>
                <w:szCs w:val="24"/>
              </w:rPr>
              <w:br/>
            </w:r>
          </w:p>
        </w:tc>
      </w:tr>
    </w:tbl>
    <w:p w:rsidR="00BB77CC" w:rsidRPr="00D536E8" w:rsidRDefault="00BB77CC" w:rsidP="00D536E8">
      <w:pPr>
        <w:spacing w:before="240" w:after="240" w:line="240" w:lineRule="auto"/>
        <w:jc w:val="both"/>
        <w:rPr>
          <w:rFonts w:ascii="Times New Roman" w:hAnsi="Times New Roman" w:cs="Times New Roman"/>
          <w:sz w:val="24"/>
          <w:szCs w:val="24"/>
        </w:rPr>
      </w:pPr>
    </w:p>
    <w:sectPr w:rsidR="00BB77CC" w:rsidRPr="00D536E8" w:rsidSect="00034616">
      <w:headerReference w:type="default" r:id="rId12"/>
      <w:footerReference w:type="default" r:id="rId13"/>
      <w:pgSz w:w="11906" w:h="16838"/>
      <w:pgMar w:top="1020" w:right="1134" w:bottom="907"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51A" w:rsidRDefault="0006451A">
      <w:pPr>
        <w:spacing w:after="0" w:line="240" w:lineRule="auto"/>
      </w:pPr>
      <w:r>
        <w:separator/>
      </w:r>
    </w:p>
  </w:endnote>
  <w:endnote w:type="continuationSeparator" w:id="0">
    <w:p w:rsidR="0006451A" w:rsidRDefault="0006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5C" w:rsidRDefault="00D4195C">
    <w:pPr>
      <w:pStyle w:val="AltBilgi"/>
      <w:jc w:val="right"/>
    </w:pPr>
    <w:r>
      <w:rPr>
        <w:color w:val="666666"/>
        <w:sz w:val="16"/>
      </w:rPr>
      <w:t>Gökyüzü Gözlem Etkinliği Destek Çağrısı Başvuru Formu  |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51A" w:rsidRDefault="0006451A">
      <w:pPr>
        <w:spacing w:after="0" w:line="240" w:lineRule="auto"/>
      </w:pPr>
      <w:r>
        <w:separator/>
      </w:r>
    </w:p>
  </w:footnote>
  <w:footnote w:type="continuationSeparator" w:id="0">
    <w:p w:rsidR="0006451A" w:rsidRDefault="00064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95C" w:rsidRDefault="00D4195C">
    <w:pPr>
      <w:pStyle w:val="stBilgi"/>
    </w:pPr>
    <w:r w:rsidRPr="00D20167">
      <w:rPr>
        <w:rFonts w:ascii="Times New Roman" w:hAnsi="Times New Roman" w:cs="Times New Roman"/>
        <w:noProof/>
        <w:lang w:val="tr-TR" w:eastAsia="tr-TR"/>
      </w:rPr>
      <w:drawing>
        <wp:inline distT="0" distB="0" distL="0" distR="0" wp14:anchorId="392EC948" wp14:editId="52ECAE17">
          <wp:extent cx="457200" cy="603624"/>
          <wp:effectExtent l="0" t="0" r="0" b="6350"/>
          <wp:docPr id="2" name="Picture 1" descr="TÜBİTAK logosu" title="TÜBİ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itak_logo.jpeg"/>
                  <pic:cNvPicPr/>
                </pic:nvPicPr>
                <pic:blipFill>
                  <a:blip r:embed="rId1"/>
                  <a:stretch>
                    <a:fillRect/>
                  </a:stretch>
                </pic:blipFill>
                <pic:spPr>
                  <a:xfrm>
                    <a:off x="0" y="0"/>
                    <a:ext cx="462323" cy="610387"/>
                  </a:xfrm>
                  <a:prstGeom prst="rect">
                    <a:avLst/>
                  </a:prstGeom>
                </pic:spPr>
              </pic:pic>
            </a:graphicData>
          </a:graphic>
        </wp:inline>
      </w:drawing>
    </w:r>
  </w:p>
  <w:p w:rsidR="00D4195C" w:rsidRDefault="00D4195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BD8062F"/>
    <w:multiLevelType w:val="hybridMultilevel"/>
    <w:tmpl w:val="EF3EA8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E0A5AC1"/>
    <w:multiLevelType w:val="hybridMultilevel"/>
    <w:tmpl w:val="B2ECBF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B755E5B"/>
    <w:multiLevelType w:val="hybridMultilevel"/>
    <w:tmpl w:val="0C2691EC"/>
    <w:lvl w:ilvl="0" w:tplc="FC701C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6177096"/>
    <w:multiLevelType w:val="hybridMultilevel"/>
    <w:tmpl w:val="43B60B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E831B34"/>
    <w:multiLevelType w:val="multilevel"/>
    <w:tmpl w:val="3C805C4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38D0"/>
    <w:rsid w:val="00034616"/>
    <w:rsid w:val="0006063C"/>
    <w:rsid w:val="0006451A"/>
    <w:rsid w:val="001231E5"/>
    <w:rsid w:val="0015074B"/>
    <w:rsid w:val="00207CEC"/>
    <w:rsid w:val="0026373E"/>
    <w:rsid w:val="0029639D"/>
    <w:rsid w:val="00316BB8"/>
    <w:rsid w:val="00317BAF"/>
    <w:rsid w:val="00326F90"/>
    <w:rsid w:val="00437B4D"/>
    <w:rsid w:val="0056546A"/>
    <w:rsid w:val="00575BAA"/>
    <w:rsid w:val="00667D69"/>
    <w:rsid w:val="00742CC1"/>
    <w:rsid w:val="008665D8"/>
    <w:rsid w:val="008D4493"/>
    <w:rsid w:val="008D7482"/>
    <w:rsid w:val="009848C7"/>
    <w:rsid w:val="009A1106"/>
    <w:rsid w:val="009C65C4"/>
    <w:rsid w:val="009D64F9"/>
    <w:rsid w:val="009E2A0B"/>
    <w:rsid w:val="00A15358"/>
    <w:rsid w:val="00AA1D8D"/>
    <w:rsid w:val="00B47730"/>
    <w:rsid w:val="00B530A2"/>
    <w:rsid w:val="00B80EF5"/>
    <w:rsid w:val="00BB77CC"/>
    <w:rsid w:val="00C93961"/>
    <w:rsid w:val="00CB0664"/>
    <w:rsid w:val="00D4195C"/>
    <w:rsid w:val="00D47053"/>
    <w:rsid w:val="00D536E8"/>
    <w:rsid w:val="00D6089D"/>
    <w:rsid w:val="00EB3BE3"/>
    <w:rsid w:val="00EE1554"/>
    <w:rsid w:val="00F97078"/>
    <w:rsid w:val="00FC693F"/>
    <w:rsid w:val="00FE1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3D9337"/>
  <w14:defaultImageDpi w14:val="300"/>
  <w15:docId w15:val="{241CA800-D8C4-4B66-9E8C-475D433F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C93961"/>
    <w:pPr>
      <w:spacing w:after="0"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C93961"/>
    <w:rPr>
      <w:rFonts w:ascii="Segoe UI" w:hAnsi="Segoe UI" w:cs="Segoe UI"/>
      <w:sz w:val="18"/>
      <w:szCs w:val="18"/>
    </w:rPr>
  </w:style>
  <w:style w:type="paragraph" w:styleId="T1">
    <w:name w:val="toc 1"/>
    <w:basedOn w:val="Normal"/>
    <w:next w:val="Normal"/>
    <w:autoRedefine/>
    <w:uiPriority w:val="39"/>
    <w:unhideWhenUsed/>
    <w:rsid w:val="00575BAA"/>
    <w:pPr>
      <w:spacing w:after="100"/>
    </w:pPr>
  </w:style>
  <w:style w:type="paragraph" w:styleId="T2">
    <w:name w:val="toc 2"/>
    <w:basedOn w:val="Normal"/>
    <w:next w:val="Normal"/>
    <w:autoRedefine/>
    <w:uiPriority w:val="39"/>
    <w:unhideWhenUsed/>
    <w:rsid w:val="00575BAA"/>
    <w:pPr>
      <w:spacing w:after="100"/>
      <w:ind w:left="180"/>
    </w:pPr>
  </w:style>
  <w:style w:type="character" w:styleId="Kpr">
    <w:name w:val="Hyperlink"/>
    <w:basedOn w:val="VarsaylanParagrafYazTipi"/>
    <w:uiPriority w:val="99"/>
    <w:unhideWhenUsed/>
    <w:rsid w:val="00575B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bitak.gov.tr/ggedeste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ubitak.gov.tr/ggedestek" TargetMode="External"/><Relationship Id="rId4" Type="http://schemas.openxmlformats.org/officeDocument/2006/relationships/settings" Target="settings.xml"/><Relationship Id="rId9" Type="http://schemas.openxmlformats.org/officeDocument/2006/relationships/hyperlink" Target="mailto:gokyuzugozlemdestegi@tubitak.gov.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B3EF5-0B9E-4897-965F-9F78761F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2802</Words>
  <Characters>15976</Characters>
  <Application>Microsoft Office Word</Application>
  <DocSecurity>0</DocSecurity>
  <Lines>133</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TÜBİTAK Gökyüzü Gözlem Etkinliği Destek Çağrısı Öneri Formu</vt:lpstr>
      <vt:lpstr/>
    </vt:vector>
  </TitlesOfParts>
  <Manager/>
  <Company/>
  <LinksUpToDate>false</LinksUpToDate>
  <CharactersWithSpaces>18741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TÜBİTAK Gökyüzü Gözlem Etkinliği Destek Çağrısı Öneri Formu</dc:title>
  <dc:subject>Gökyüzü gözlem etkinliği destek başvurusu için öneri formu</dc:subject>
  <dc:creator>TÜBİTAK Bilim ve Toplum Başkanlığı</dc:creator>
  <cp:keywords>TÜBİTAK, gökyüzü gözlemi, destek çağrısı, öneri formu</cp:keywords>
  <dc:description>generated by python-docx</dc:description>
  <cp:lastModifiedBy>Hacer POYRAZ</cp:lastModifiedBy>
  <cp:revision>2</cp:revision>
  <cp:lastPrinted>2026-08-12T08:35:00Z</cp:lastPrinted>
  <dcterms:created xsi:type="dcterms:W3CDTF">2026-08-12T12:11:00Z</dcterms:created>
  <dcterms:modified xsi:type="dcterms:W3CDTF">2026-08-12T12:11:00Z</dcterms:modified>
  <cp:category/>
</cp:coreProperties>
</file>